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 Вене третью премию получил художник из Еревана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Коммунист · 1959, 11 августа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Вене в связи с VII Всемирным фестивалем молодежи в залах «Мессе-Паласта» в течение 8 дней была открыта Международная выставка изобразительного искусства. На ней экспонировалось свыше 1500 произведений живописи, графики и скульптуры, присланных из различных стран мира. Международное жюри подвело итоги этого интересного смотра молодых дарований.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Работы, присланные из Советского Союза, получили 33 премии и поощрения. Среди отличившихся и произведение молодого ереванского художника Рудольфа Лорисовича Хачатряна. Его графическая работа —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 студентки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 — удостоилась третьей премии.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Р. Хачатряну 22 года. Ещё в детстве он увлекался рисованием. Учится в Ереванском художественном техникуме им. Терлемезяна. За последние пять лет участвовал в выставках в Ереване, Тбилиси и Москве. Любопытно отметить, что в 1957 году, участвуя на выставке художников-самоучек, Р. Хачатрян за свои графические работы получил бронзовую медаль.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Реалистическое искусство, — говорит Р. Хачатрян, — больше всего меня привлекает. Вот почему я пишу портреты наших современников, стремясь раскрыть их внутренний мир. К таким работам отношу и «Портрет студентки». Его я написал в начале 1959 года. Сейчас, — продолжает Хачатрян, — воодушевлённый наградой, с большим настроением пишу серию портретов рабочих, учёных, студентов Советской Армении. Эти работы намерен представить на выставке, посвящённой 40-летию Советской 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снимке: «Портрет студентки», получивший третью премию в Вене на VII Международном фестивале молодежи.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Pub-0001 · 1959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Pub-0001 · 1959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https://rudolfart.com/publications/Pub-0001?lang=ru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0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https://rudolfart.com/publications/Pub-0001?lang=ru</dc:subject>
  <dc:creator>python-docx</dc:creator>
  <cp:keywords>Rudolf Khachatryan; rudolfart.com</cp:keywords>
  <dc:description>Source: https://rudolfart.com/publications/Pub-0001?lang=ru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