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Размик Давоян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Возрождение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Голос Родины (Айреники дзайн) · 1965, 17 октября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Это работа молодого художника Рудольфа Хачатряна.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На полотне есть день и ночь. Соседство этих двух времён создаёт общее настроение, которое не принадлежит ни одному только дню, ни одной только ночи, то есть принадлежит им обоим. Из этого возникает присутствие большого времени, совпадающее с идеей великого вечного времени. Судьба армянского народа опирается на эту идею, на это вечное существование.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Из изображённой на полотне рамы ногой, рукой и головой выходит самая крупная фигура композиции — ребёнок.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На заднем плане изображены десять фигур, чрезвычайно выразительно воплощающих трагическое прошлое армянского народа. Среди фигур поднимается написанный лёгкими светлыми тонами [неразборчиво]. [Часть описания гор, неба и луны прочитать не удалось.] С одной стороны над головой народа висит луна, с другой раскрывается вечный рассвет. Тонкие тональные переходы связывают день и ночь, а ребёнок, который одновременно Вахагн, Давид и Младший Мгер, воплощает идею возрождения.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Р. Давоян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Pub-0007 · Размик Давоян · 1965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https://rudolfart.com/publications/Pub-0007?lang=ru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Pub-0007 · Размик Давоян · 1965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https://rudolfart.com/publications/Pub-0007?lang=ru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07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07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https://rudolfart.com/publications/Pub-0007?lang=ru</dc:subject>
  <dc:creator>python-docx</dc:creator>
  <cp:keywords>Rudolf Khachatryan; rudolfart.com</cp:keywords>
  <dc:description>Source: https://rudolfart.com/publications/Pub-0007?lang=ru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