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Авагян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поисков и мечтаний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1965, 26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ПОИСКОВ И МЕЧТАНИЙ…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картинах есть чувство и порыв. В картинах есть мысли, ставшие цветом и оттенком. Потому-то картины и заставляют задуматься. Авторы картин — молодые люди. Многие из них ещё учатся и ещё находятся в творческих поисках, а многие уже нашли свой путь. У них свой мир оттенков и красок. Работы многих близки сердцу, сделаны искренне, а работы некоторых дают повод для споров. Выставка произведений молодых художников, открытая в Ереване в Доме художника и посвящённая второму Всеармянскому фестивалю молодёжи, даёт повод для радости.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Картины рассказывают об Армении, изображают красоту родной природы, наши горы, дающие нам поддержку, людей труда. Даже в работах на самые давние темы чувствуется стремление ответить на вопросы современности. И очень трудно выделить одну работу и сказать, что она лучшая. Интересные работы представили Арташес Хачатрян, Генрик Мамян,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Роберт 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Гурген Д[…]ян [?], Сейран Хатламаджян. Много пищи для размышлений даёт натюрморт Сейрана Хатламаджяна. Молодой художник интересно выполнил иллюстрации к «Погосу-Петросу» Ованеса Туманяна.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небольших работах Рудольфа Хачатряна чувствуется стремление сказать о большом. Вот одна из его картин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Молодость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Это обычная, небольшая картина. Друг напротив друга сидят юноша и девушка. В центре картины их руки переплелись. В их взглядах — преданность, задумчивость, благородство.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особенно радует разнообразие представленных работ. Из графических работ хорошее впечатление оставляют «Книги» и «Сбор урожая» Лиды Ханамирян, оформление книги Мушега [?] «В царстве Урарту», сделанное Рафаэлем Аслян [?], и работы Гранта Овсепяна, выполненные гуашью и тушью.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темы эпоса «Давид Сасунский» сделаны интересные барельефы Иосифа Ба[…]яна [?] «Мгер» и Размика Саркисяна «Цовинар». В портретах Ерванда Годжабашяна есть сдержанная, скрытая сила. Приятны скульптуры «Рита»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Фрида Согояна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«М[…], моя Армения» [?] Арташеса Овсепяна.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Отдельный зал отведён прикладному искусству. Нужно с радостью отметить, что наши молодые художники мастерски обработали и дерево, и медь, и серебро, и золото, превратив их в прекрасные образцы искусства. Особенно бросается в глаза «Сервиз для шашлыка» Саркиса Наджаряна. Сервиз, архитектурно выполненный из серебра и позолоченный, вызывает восхищение посетителей. Хорошие работы из дерева выполнили Юрий Петросян и Ара Шираз, а из меди — Д[…] Саакян [?].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Конечно, на выставке есть и слабые работы. Есть и такие, что напоминают других. Но в целом наши молодые художники радуют своим творчеством. А показанные работы уже рассказывают об их поисках и удачах, мечтах и стремлениях.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Аревшат АВАГЯН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под репродукциями: «Косари». Работа Арташеса Хачатряна. «Месроп Маштоц». Работа Гранта Овсепяна. «Рита». Работа Ф. Согояна. «Молодость». Работа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Pub-0008 · А. Авагян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Pub-0008 · А. Авагян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https://rudolfart.com/publications/Pub-0008?lang=ru</dc:subject>
  <dc:creator>python-docx</dc:creator>
  <cp:keywords>Rudolf Khachatryan; rudolfart.com</cp:keywords>
  <dc:description>Source: https://rudolfart.com/publications/Pub-0008?lang=ru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