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Выставка, которая радует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1965, 27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ВЫСТАВКА, КОТОРАЯ РАДУЕТ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Каждую новую выставку картин публика ждёт с нетерпением, с волнением от встречи с прекрасным. А выставку молодых художников — с ещё большим интересом и ожиданиями.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свидетельствует о поисках молодыми художниками собственного языка и стиля. Поиски и опыты всегда интересны и заслуживают поддержки. Но и в них мерилом [?] должно быть нечто существенное, то, что способно внушить надежды на будущее. Это существенное — серьёзное отношение к делу, твёрдая [?] убеждённость и реализм [?], укоренённый в подлинной почве искусства. Именно с этой точки зрения ряд молодых художников действительно радует и воодушевляет посетителей.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Самобытные, непосредственно воздействующие полотна представил С. Хатламаджян. Его живописи свойственна гармония цвета, сообщающая изображениям внутреннее тепло. Художник идёт трудным, но верным путём. Плотность цвета и выразительность мазка выделяются в работах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Р. Элибекяна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Его пейзажи создают настроение, захватывают. Мягкий, грустноватый колорит, говорящий о поэтическом чувстве художника к жизни, свойствен полотнам А. Мелконяна «В бассейне» и Э. Закаряна «Подруги».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самых примечательных работ живописного раздела — три тематических полотна молодого художника Р. Хачатряна. В них дышит современность, они глубоки по содержанию. Интересными композиционными приёмами и тонким мастерством рисунка он сумел донести свою мысль, вызывая у зрителя соответствующие размышления и чувства. «Молодость» — благородна, чиста,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Материнство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 — лирично. «Возрождение» — полотно-размышление — это борьба света и тьмы, где ребёнок символизирует победивший свет.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Глубокое впечатление производит и удачно решённое в цвете полотно С. Петросяна «Победа», напоминающее триптих: действие, развиваясь с двух сторон к центру, сообщает картине движение и силу. Интересные тематические композиции представили также Г. Элибекян, А. Хачатрян, Г. Мамян, Р. Овнатанян и другие. Портретами, получившими удачное, своеобразное живописное решение, привлекают посетителей Р. Гевондян [?], Я. Симонян, А. Аветисян.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Скульпторы, хотя и занимают на выставке количественно меньше места, выступили с более зрелыми, качественными работами. Отраднее всего, что в ряде работ чувствуется не только зрелый профессиональный уровень, но и умение воплотить индивидуальные мысли и чувства своеобразными средствами. В этом смысле настоящее эстетическое наслаждение доставляют работы Е. Годжабашяна, Л. Токмаджяна, А. Чакмакчяна, Д. Кочара [?]. Своими выразительными деревянными [?] скульптурами вносят свежую струю А. Шираз и Ю. Петросян. С нежным, задушевным чувством выполнены скульптурные портреты Л. Ишханяна и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Ф. Согояна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Одним из самых отрадных явлений выставки следует считать чеканные (медь) барельефы Д. Хачаяна [?], И. Саакяна и Ю. Петросяна, которые стали новинкой. Молодые художники проявили тонкий вкус и мастерство.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Интересные работы представили также молодые графики и мастера прикладного искусства. «Кувшины» К. Тонаворяна [?] выполнены с красивым, тонким чувством. Привлекательны и вазы керамиста Ф. [?] Карапетяна. Похвалы [?] заслуживают металлические работы С. Наджаряна «Сервиз для шашлыка» и «Шахматы», в которых присутствует национальная стихия… [продолжения статьи на снимке нет]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 под репродукцией: «Материнство». Работа Р. Хачатряна.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Pub-0009 · 1965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Pub-0009 · 1965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https://rudolfart.com/publications/Pub-0009?lang=ru</dc:subject>
  <dc:creator>python-docx</dc:creator>
  <cp:keywords>Rudolf Khachatryan; rudolfart.com</cp:keywords>
  <dc:description>Source: https://rudolfart.com/publications/Pub-0009?lang=ru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