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Осенняя выставка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Литературная газета (Гракан терт) · 1965, 10 декабря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МОЛОДОСТЬ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 — так называется эта жизнеутверждающая картина Рудольфа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(Подпись под репродукцией, с. 4.)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ОСЕННЯЯ ВЫСТАВКА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Каждый год в Доме художника нашей республики открывается общая выставка, где показываются новые, лучшие работы многих наших художников — признанных и достойных признания.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Входишь в выставочный зал, охваченный таинственной тишиной осени, и поднимается душевное [?] волнение, — и здесь так часто повторяется имя, которое слышал и снаружи, в красочных уголках армянского мира, — имя художницы, выделяющейся среди всех своей самобытностью, собранной и целеустремлённой в своём уединении: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Лавиния Бажбеук-Меликян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. «Мать», «Мастер Седрак», «Автопортрет с Н. Жилинской», «Портрет художника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М. Аветисяна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». Вот работы, которые художница показала в этом году.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Её герои — люди труда с простыми, бесхитростными горскими характерами, с землистыми лицами, озарёнными каким-то особым небесным светом.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Несколько лет назад «Гракан терт» в одной статье уже писал о тогдашних работах художницы. В статье говорилось, что герои Лавинии Бажбеук-Меликян, у которых есть своё дело и свои заботы, всё же не жалуются на жизнь, потому что сами её создают и «в горах и ущельях, на полях и в садах Армении продолжают тысячелетнюю жизнь народа, не выставляя напоказ, что своим трудом-долгом обновляют и полностью преображают доставшееся от старины». Потому что делают это для себя и вовсе не нуждаются в том, чтобы это показывать. Здесь характер художницы и характеры её героев совпадают, и её непосредственность, несломленное мастерство [?] передачи характеров дают ей возможность создать собирательный образ армянского человека.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Подписи под репродукциями: «Портрет художника М. Аветисяна». «Мать».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(Статья на первой полосе того же номера. Имя Рудольфа Хачатряна в ней не названо; репродукция его картины «Молодость» напечатана на с. 4.)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Pub-0010 · 1965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Pub-0010 · 1965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https://rudolfart.com/publications/Pub-0010?lang=ru</dc:subject>
  <dc:creator>python-docx</dc:creator>
  <cp:keywords>Rudolf Khachatryan; rudolfart.com</cp:keywords>
  <dc:description>Source: https://rudolfart.com/publications/Pub-0010?lang=ru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