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С юбилейной выставки изобразительного искусства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Литературная газета (Гракан терт) · 1970, 11 декабря · Перевод с армянского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 ЮБИЛЕЙНОЙ ВЫСТАВКИ ИЗОБРАЗИТЕЛЬНОГО ИСКУССТВА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Р. ХАЧАТРЯН. — «Ст. Шаумян».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Р. А[…]ЯН [?]. — «[…], 1921 г.» [?].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(Рубрика и подписи под двумя репродукциями на 3-й полосе газеты. Первая — репродукция картины Рудольфа Хачатряна «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Степан Шаумян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», 1970.)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Pub-0012-а · 1970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https://rudolfart.com/publications/Pub-0012-%D0%B0?lang=ru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Pub-0012-а · 1970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https://rudolfart.com/publications/Pub-0012-%D0%B0?lang=ru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12-%D0%B0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12-%D0%B0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https://rudolfart.com/publications/Pub-0012-%D0%B0?lang=ru</dc:subject>
  <dc:creator>python-docx</dc:creator>
  <cp:keywords>Rudolf Khachatryan; rudolfart.com</cp:keywords>
  <dc:description>Source: https://rudolfart.com/publications/Pub-0012-%D0%B0?lang=ru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