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Советский Союз, 1972, №3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Советский Союз · 1972, №3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залах ленинградского Эрмитажа экспонировалась выставка произведений французского скульптора Эмиля Антуана Бурделя.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Pub-0014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Pub-0014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https://rudolfart.com/publications/Pub-0014?lang=ru</dc:subject>
  <dc:creator>python-docx</dc:creator>
  <cp:keywords>Rudolf Khachatryan; rudolfart.com</cp:keywords>
  <dc:description>Source: https://rudolfart.com/publications/Pub-0014?lang=ru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