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К. Глонти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Заметки о графике закавказья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Искусство · 1972, №5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К. Глонти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графике Армении, Азербайджана и Грузии последних лет мы нередко встречаем вариации тем и образов, которые уже были открыты живописью и утвердили себя в монументально-декоративном искусстве. И всё же на рубеже 60—70-х годов происходит, на наш взгляд, тот перелом, который позволяет ждать большей самобытности именно графических решений.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Последний раз графика Закавказья наиболее полно была представлена на выставке произведений художников Закавказских республик, приуроченной к 50-летию образования СССР, в Центральном выставочном зале в Москве осенью 1971 года. Следует сказать, что работы последних лет соседствовали в экспозиции с произведениями советского искусства Закавказских республик 20-х, 30-х и 40-х годов, и потому особенно явственно зазвучали как тенденции последовательного развития классических традиций, так и то новое, что принесли с собой отдельные произведения.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Графика Армении — это прежде всего графические серии пейзажного характера, в каждой из которых очень по-разному звучит мысль о древности земли Армении, о жизни и цветении этой древней, несущей в себе вековую культуру страны. Яркий пример тому — линогравюры М. Абегяна конца 60-х годов с их широким зрительным охватом, несколько жёстким, торжественно-декоративным строем, отличающиеся ясностью, завершённостью выражения, неторопливые, спокойные, мастеровитые ксилографии Р. Бедросяна или более интимные и несколько импрессионистичные офорты В. Айвазяна.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этих работах — как бы продолжение на более высоком уровне уже знакомых нам приёмов; они традиционны и по восприятию мира. Новая большая серия иллюстраций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Г. Ханджяна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к книге П. Севака «Несмолкающая колокольня» — этот зрительный ряд, следующий фабуле романа, — как и другая большая его серия «Испания» (1970) решены в последовательно реалистическом плане. Работы отличаются экспрессией, выразительностью ракурсов; художник рисует обобщённые содержательные образы героев народно-освободительного движения.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своих произведениях графики Армении ставят задачи большого монументального порядка: это серии, посвящённые истории страны (художники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В. Хачикян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Г. Мамян), серия «Ленин и Али» художника М. Сосояна (по мотивам поэмы Е. Чаренца), линогравюры эпически-философского характера, например «Человек» Г. Карапетяна. Уязвимым местом всех этих серий является некоторая монотонность. Чёрное, белое, красное словно торжественно-траурный аккорд проходит, например, сквозь серию иллюстраций М. Сосояна. И этот раз найденный приём не развёртывается в серии в новых звучаниях, не обогащается, остаётся однозвучным. Композиции В. Хачикяна несколько статичны, репрезентативны. Серия Г. Мамяна, напротив, экспрессивна, композиция разворачивается по диагонали. Это — сражения, битвы. Но в обеих сериях принципы художественного решения, найденные и раскрытые в одном листе, кажутся повторёнными в других.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Место человека в мире — Человек и Природа — извечная тема произведений армянских художников. К сожалению, традиционные приёмы и традиционное восприятие нередко лишают её остроты, ослабляя внимание к ней зрителя. Монументальные чёрно-белые листы линогравюры серии Карапетяна «Человек» по-плакатному прямолинейно решают поставленную задачу, снимая её философскую значимость.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своё время в искусство Армении — в восприятие её природы и человека — внёс новые ноты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М. Сарьян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художники 30—40-х годов, развивавшие его традиции. Сейчас, в современном искусстве, и это явственно звучит в графике Армении, появляются иные тенденции. Если раньше человек и окружающий его мир воспринимались как органически слитные начала (например, в линогравюрах Абегяна), то теперь всё сильнее проступает индивидуально-обострённое восприятие человеком мира.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Человек и мир с беспредельностью его образов... Вот перед нами акварельные листы М. Петросяна — иллюстрации к армянским средневековым басням. Художник предстаёт перед нами творцом, созидающим мир загадочных растений, животных, мир, который изумлённо наблюдает существующий в нём человек. Есть что-то вечно меняющееся в этом мире, подобном цветному калейдоскопу: чуть повернуть — и возникают новые, неожиданные оттенки. Присмотритесь к нежному тону акварели, где всё время просвечивает основа, — кажется, что всё здесь находится в каком-то зыбком равновесии. А растения из «клинушков», которые могли бы «сложиться» и в другом сочетании? Но, несмотря на это, мир, нам открывшийся, художественно убедителен и радует нас тем чувством поэзии, тем изумлением перед вновь открытым, которыми проникнуты листы.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Классическое наследие, наследие древних восточных культур живёт в мироощущении М. Петросяна. Он далёк от стилизации в своих лучших работах. Ощущение связи современной Армении с древней как бы заложено в самом творчестве 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Радостный мир фантазии предстаёт перед нами в иллюстрациях С. Хатламаджана. Это мир детской сказки, мир ярких, непосредственных ощущений.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Мир людей близких — жены, сына, дочери — запечатлён на рисунках Р. Хачатряна. Образы людей конкретны, состояние их вполне определённо, и вместе с тем они даны изолированно от всего будничного, повседневного — как бы в «очищенном пространстве»: даже деревья здесь скорее лишь символ природы, нежели признак конкретности действия. Люди одеты в старинные или в какие-то фантастические наряды. Человек не раскрывается зрителю, остаётся как бы самим в себе, замкнутым в своём состоянии. Тонкая, ровная и точная линия рисунка исключает всякое произвольное начало. Создавая свои портреты, Хачатрян откровенно следует манере старых мастеров, стремясь путём стилизации представить человека в состоянии внутренней замкнутости.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Pub-0015 · К. Глонти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Pub-0015 · К. Глонти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https://rudolfart.com/publications/Pub-0015?lang=ru</dc:subject>
  <dc:creator>python-docx</dc:creator>
  <cp:keywords>Rudolf Khachatryan; rudolfart.com</cp:keywords>
  <dc:description>Source: https://rudolfart.com/publications/Pub-0015?lang=ru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