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Ю. Рудницкая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Ваше мнение?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Творчество · 1972, № 4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Хорошо, если бы в рубрике «Ваше мнение?» редакция сочла возможным, публикуя спорные работы с целью широкого отклика читателей, не помещать одновременно отзывы художников, в какой-то мере уже предопределяющие общественное мнение (хотя я лично полностью солидарна с И. Голицыным,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Д. Бисти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и М. Митуричем). Но всё-таки интересней, если бы эти отзывы были напечатаны где-то в конце обсуждения, после поступивших откликов.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 поводу самих рисунков Р. Хачатряна («Творчество», № 1, 1972). Их автор, бесспорно, талантливый человек, обладающий редким даром видения. Но пока что — это цитаты. В этом нет ничего удивительного. За редким исключением сейчас наступило «время цитат» — я имею в виду развитие нашего искусства за последние 15—10 лет. Предвижу возмущение: как? А произведения Жилинского, Коржева, Нариманбекова, многих художников Прибалтики и тех же Бисти, Митурича или Голицына? Это и есть редкие исключения в общей громадной массе! Давайте восстановим в памяти многие большие выставки минувших лет и убедимся: цитируем Древнюю Русь, цитируем Раннее Возрождение, Петрова-Водкина, Сезанна, Матисса, цитируем 20-е годы, лубок, цитируем друг друга...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 Хачатрян тоже цитирует. Своим методом он в чём-то близок Илье Глазунову и даже такой художнице, как Тамара Юфа из Петрозаводска. Хотя все трое очень разные, но их роднит, может быть, и неосознанное умение «пощекотать» зрителя, заставить его клюнуть на внешнюю красивость. Мнимая значительность образов с приправой элегантности и лёгкого подражания декадентским журналам действует — увы! — безотказно, ещё и ещё раз доказывая слабость нашей художественной пропаганды и критики.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Я думаю, что не случайно редакция поместила на обороте обложки этого же номера, где помещены и рисунки Хачатряна, репродукцию с женского портрета Гольбейна. Ведь он более современен, чем работы Хачатряна! Я не хочу обидеть художника, понятно его стремление говорить со зрителем языком пластически ясным, изящным, красивым. И выбор его «цитаты» тоже закономерен — всем надоели приблизительность, «раздрызганность» или, наоборот, «железность» формы. В искусстве старых мастеров молодых художников пленяет целостность видения, умение в немногом выразить многое. Вот если бы ещё добавить к этому стремлению хороший вкус и умение оставаться самим собой!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Ростов-на-Дону. Ю. Рудницкая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Pub-0016 · Ю. Рудницкая · 1972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https://rudolfart.com/publications/Pub-0016?lang=ru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Pub-0016 · Ю. Рудницкая · 1972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https://rudolfart.com/publications/Pub-0016?lang=ru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16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16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https://rudolfart.com/publications/Pub-0016?lang=ru</dc:subject>
  <dc:creator>python-docx</dc:creator>
  <cp:keywords>Rudolf Khachatryan; rudolfart.com</cp:keywords>
  <dc:description>Source: https://rudolfart.com/publications/Pub-0016?lang=ru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