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Привлекательность линии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Голос Армении (Айреники дзайн) · 1972, 13 сентября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Благодаря плавности и отточенности рисунка работы Рудольфа Хачатряна обретают ту особую красоту, при которой обычное соотношение линий превращается в художественную гармонию.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Он учился у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Ерванда 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изучал графику старых мастеров, особенно наследие Альбрехта Дюрера.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 множестве набросков, этюдов голов и композиций, выполненных угольным карандашом, пастелью, маслом, заметно стремление к мастерству, к прочности конструктивной основы, а также к иллюзорности.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много работал с натурщиками, но никогда не рисовал непосредственно с натуры какую-либо часть окружающего, не увлекался пейзажем. Цвет, тонкость тонов в его изображениях — определяющее качество, идущее от старых мастеров, которое художник сумел соединить с собственным восприятием.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Лауреат Всемирного фестиваля молодёжи в Вене и фестиваля молодёжи Армении — одна из тех интересных индивидуальностей, которые ещё годы назад определяли многообразие советского армянского молодого изобразительного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Природа наделила Рудольфа Хачатряна редким чувством линии, певучим ритмом, благодаря которому он продолжает обогащать современное армянское изобразительное искусство ценными произведениями.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[Подписи под иллюстрациями:] «Читающая девушка». «Юность».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Pub-0021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Pub-0021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https://rudolfart.com/publications/Pub-0021?lang=ru</dc:subject>
  <dc:creator>python-docx</dc:creator>
  <cp:keywords>Rudolf Khachatryan; rudolfart.com</cp:keywords>
  <dc:description>Source: https://rudolfart.com/publications/Pub-0021?lang=ru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