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Рудольф Хачатрян. Буклет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Дом художника Армении · 1973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СОЮЗ ХУДОЖНИКОВ АРМЕНИИ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Лорисович Хачатрян родился в 1937 г. в Ереване. С 1957 года участвует на республиканских, всесоюзных, а позже и на международных выставках. График и живописец.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За «Портрет студентки», экспонированный на выставке VII Всемирного фестиваля молодёжи в Вене в 1959 г., награждён бронзовой медалью.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1965 г. на республиканской молодёжной выставке за живописные работы «Молодость» и «Материнство» удостоился серебряной медали.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1970 г. удостоился I премии Министерства культуры Армении за «Портрет Комитаса», экспонированный на юбилейной выставке, посвящённой 100-летию со дня рождения композитора.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Р. Хачатрян с 1960 года член Союза художников Армении.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Репродукции: Портрет Оли. 1972. — Мариамчик с натюрмортом. 1972. — Портрет дочери. 1971. — Портрет кинооператора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Сергея Филиппова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1972. — Портрет Севы. 1971. — Портрет скрипачки Лианы Исакадзе. 1972. — Натюрморт. 1972.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обложке: Автопортрет. 1972.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Издание Дома художника Армении. Ереван, 1973. Цена 15 коп. ВФ 06490. Заказ 563. Тираж 600. Ереван, № 1 типография.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Pub-0024 · 1973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https://rudolfart.com/publications/Pub-0024?lang=ru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Pub-0024 · 1973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https://rudolfart.com/publications/Pub-0024?lang=ru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24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24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https://rudolfart.com/publications/Pub-0024?lang=ru</dc:subject>
  <dc:creator>python-docx</dc:creator>
  <cp:keywords>Rudolf Khachatryan; rudolfart.com</cp:keywords>
  <dc:description>Source: https://rudolfart.com/publications/Pub-0024?lang=ru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