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40"/>
      </w:pPr>
      <w:r>
        <w:rPr>
          <w:rFonts w:ascii="Times New Roman" w:hAnsi="Times New Roman" w:eastAsia="Times New Roman" w:cs="Times New Roman"/>
          <w:b/>
          <w:i w:val="0"/>
          <w:color w:val="7A3B28"/>
          <w:sz w:val="32"/>
        </w:rPr>
        <w:t>Шаэн Карапетович Хачатрян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Возвращение — восхождение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Нор Кьянк · 1973, 26 октября · Перевод с армянского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Размышляя об искусстве Рудольфа Хачатряна, невольно вспоминаешь примечательный факт его творческой биографии. В 1959 году на Всемирном фестивале молодёжи в Вене за графическую работу «Портрет студентки» он был удостоен бронзовой медали. Впоследствии Р. Хачатрян неоднократно участвовал в республиканских, всесоюзных и международных выставках; наряду с графикой создавал живописные произведения, в том числе ряд тематических композиций. Назовём полотна «Обезумевшие толпы», «Возрождение», «Материнство», «Молодость». За два последних молодой автор получил вторую премию молодёжной организации республики (1965). Позднее, в 1969 году, графический портрет Комитаса, представленный на выставке к столетию великого композитора, получил первую премию Министерства культуры Армении.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Творческий путь Р. Хачатряна начался с глубокого интереса к молодёжи. Новое поколение с его мыслями и переживаниями, чаяниями и мечтами выступает в последних работах главным предметом изображения. В портретах кинооператора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С. Филиппова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, актёра Н. Бурляева, поэта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Р. Давояна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, жены художника и других людей мастер точными средствами приобщает зрителя к внутреннему миру своих героев. Эстетическая ценность этих произведений, несомненно, уменьшилась бы, если бы он ограничился лишь раскрытием их психологии. В каждом портрете Хачатрян стремится прибавить и нечто «своё».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построении образов нет ничего нарочитого. Художник показывает модели в характерных для них позах. Главным и наиболее заметным здесь остаётся рисунок. Художник редко прибегает к теням, создающим ощущение объёма. Всё начинается и заканчивается одной лишь линией. Линия Хачатряна предельно тонка, плавна и певуча. В каждом портрете с особой тщательностью согласована её выразительная сила с белой плоскостью бумаги, сохранены цельность и завершённость рисунка. Благодаря этим свойствам рисунки воспринимаются как выполненные на мраморе барельефы, исполненные классического духа.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Сам художник не избегает близости к классическому искусству. Это его убеждение, его безграничная любовь и вера в природу как в самое прекрасное и вечное творение, непревзойдённые образцы воплощения которого в искусстве дали классики. Если вспомнить, что современное искусство после неограниченных формальных поисков, крайних проявлений условности и абстракции вновь стремится вернуть искусству человеческую глубину, становится понятным, насколько возрастает значение классического, особенно раннеклассического искусства для выработки новых форм самовыражения современного художника.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Вновь вспоминая ранние произведения Р. Хачатряна, я прихожу к выводу, что, двигаясь к глубине содержания и вырабатывая самостоятельный выразительный язык, художник в известной мере утрачивает или, точнее, оставляет без внимания важное качество — непосредственность, сообщающую искусству живую силу. Это одна из наиболее характерных черт современного понимания изобразительного искусства. Однако нельзя забывать, что непосредственность, эмоциональный порыв и поэтическое вдохновение вовсе не чужды Хачатряну и рано или поздно зазвучат в его картинах в полную силу.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Р. Хачатрян получил признание как один из самобытных представителей советской армянской графики, обладающий высокой культурой рисунка. Московский художник М. Митурич писал о нём: «Хачатрян представляется мне художником, способным на сложные и неожиданные решения. Даже по сравнению с работами, созданными всего несколькими годами ранее, произведения Хачатряна — неожиданное открытие, настоящий шаг вперёд. Они очень быстро привлекли всеобщее внимание мастерством исполнения и искренностью». Это внушает глубокую веру в будущее его творчества.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Ш. ХАЧАТРЯН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Pub-0028 · Шаэн Карапетович Хачатрян · 1973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https://rudolfart.com/publications/Pub-0028?lang=ru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Pub-0028 · Шаэн Карапетович Хачатрян · 1973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https://rudolfart.com/publications/Pub-0028?lang=ru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28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28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https://rudolfart.com/publications/Pub-0028?lang=ru</dc:subject>
  <dc:creator>python-docx</dc:creator>
  <cp:keywords>Rudolf Khachatryan; rudolfart.com</cp:keywords>
  <dc:description>Source: https://rudolfart.com/publications/Pub-0028?lang=ru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