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Шаэн Карапетович Хачатрян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Возвращение — восхождение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Арев · 1974, 25 января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Размышляя об искусстве Рудольфа Хачатряна, невольно вспоминаешь один примечательный факт его творческой биографии. В 1959 году на Всемирном фестивале молодёжи в Вене он получил бронзовую медаль за графическую работу «Портрет студентки». Это была первая оценка врождённого таланта двадцатидвухлетнего художника, которая в известном смысле обозначила признание его искусства и его вступление в творческую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этим последовали четырнадцать лет, наполненных поисками и успехами. За это время Хачатрян неоднократно участвовал в республиканских, всесоюзных и международных выставках; наряду с графикой создавал живописные произведения, среди них ряд тематических композиций: «Обезумевшие толпы», «Возрождение», «Материнство», «Молодость». За последние две картины молодой автор получил вторую премию комсомола республики в 1965 году. Его графический портрет Комитаса 1969 года, представленный на выставке к столетию великого композитора, получил первую премию Министерства культуры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последние два года Хачатрян вновь энергично работает в области графики. Часть новых произведений была представлена на выставках «СССР — наша Родина» в Ереване и Москве, а также показана в демократических странах. Искусствоведческая печать широко откликнулась на эти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новой мастерской я знакомлюсь с последними работами художника: карандашными портретами, часто на фоне пейзажа, и натюрмортами. На первый взгляд новые произведения воспринимаются как закономерное продолжение прежних и более всего напоминают его первые рисунки. И мне кажется, что прежде всего именно эта внутренняя связь сообщает новым работам убедительность и правдивость затронутых мыслей.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[Часть рассуждения о творческом пути и молодости повреждена и не переводится как связный текст.] Источником вдохновения художника остаётся молодость, раскрытие душевного склада молодого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чём это свидетельствует? Не являются ли новые работы возвращением назад? Если да, то, как мне кажется, лишь в одном смысле. Истинный путь творчества состоит в раскрытии собственного восприятия действительности, художнического «я», жизненных волнений и настроений внутреннего мира. В этом смысле художник за жизнь создаёт много картин, но по существу пишет одну — свою картину. Если художник куда-либо возвращается, то только к самому 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ходе творчества мастерство растёт, выразительная форма оттачивается, совершенствуется и становится признаком индивидуальности. Именно это воодушевляет зрителя при знакомстве с новыми работами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[Несколько строк следующего абзаца не удалось прочитать с достаточной уверенностью.]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к репродукции: «Р. Хачатрян. Девушка у окна».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Чтобы яснее увидеть это новое — и в содержании, и в форме, — проявившееся теперь в последних работах Хачатряна, попробуем сравнить их с произведениями раннего периода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Окончание следует.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Pub-0029 · Шаэн Карапетович Хачатрян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Pub-0029 · Шаэн Карапетович Хачатрян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https://rudolfart.com/publications/Pub-0029?lang=ru</dc:subject>
  <dc:creator>python-docx</dc:creator>
  <cp:keywords>Rudolf Khachatryan; rudolfart.com</cp:keywords>
  <dc:description>Source: https://rudolfart.com/publications/Pub-0029?lang=ru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