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Даниел Дзнуни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Армянские деятели изобразительного искусства. Краткий словарь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Луйс · 1977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РУДОЛЬФ ЛОРИСОВИЧ (1937, Ереван), график, живописец.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Учился в Ереванском художественном училище им. Ф. Терлемезяна. Участвует в выставках с 1957 г. Основные работы: «Портрет студентки» (бронзовая медаль на 7-й Международной молодёжной выставке в Вене), «Материнство», «Портрет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Огана Дуряна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«Портрет Т. Махмурян» [в архиве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Т. Махмуровой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»],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Девочка за чтением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«Молодость», «Комитас», «Вставай, проклятьем заклеймённый!».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Литература: Рудольф Хачатрян (буклет), Ереван, 1972.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(Д. Дзнуни. «Армянские деятели изобразительного искусства. Краткий словарь». Ереван: Луйс, 1977, с. 207–208. Перевод с армянского.)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Pub-0034 · Даниел Дзнуни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Pub-0034 · Даниел Дзнуни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https://rudolfart.com/publications/Pub-0034?lang=ru</dc:subject>
  <dc:creator>python-docx</dc:creator>
  <cp:keywords>Rudolf Khachatryan; rudolfart.com</cp:keywords>
  <dc:description>Source: https://rudolfart.com/publications/Pub-0034?lang=ru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