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Республиканская выставка графики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Литературная газета (Гракан терт) · 1977, 11 февраля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Доме художника в Ереване открылась республиканская выставка графики, на которой представлены несколько десятков произведений художников разных поколений нашей республики. Графика, один из самых гибких видов изобразительного искусства, приобретает всё большую популярность, обновляет и обогащает свои выразительные средства. Среди экспонатов можно встретить масштабные изобразительные решения и тонкие лирические рисунки, гравюры и акварели, цветные и чёрно-белые работы. Разнообразна выставка и по тематике.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 нынешнем году исполняется шестьдесят лет Октябрьской революции. Революции и её отважным борцам посвящены серии Грайра Карапетяна «Биография революционера», Арама Закаряна «Лусик Лисинян», портреты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Ваграма Хачикяна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«Иван Фиолетов» и «Сурен Шаумян». Владимир Бегларян посвятил великому вождю революции плакат-панораму «В. И. Ленин».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 многих произведениях отражены трудовые будни республики. Работы Арутюна Оганнисяна «Смена» и «Движение из штольни», Владимира Саакяна «Атомная электростанция», «Татевская ГЭС» и «Атомная станция» изображают трудную, но благородную работу строителей. Из заводских будней взяты сюжеты работ Лаврентия Степаняна «Заводской интерьер» и «Перерыв». Интересны также «Каменотёс» Генрика Тиграняна и «Портрет проходчика» Валерия Сафяна.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Среди пейзажей выделяются произведения народного художника Армянской ССР Мгера Абегяна «Камни», «Сарнахпюр», «Весна», «В горах долины», «Страна Армения»; заслуженного художника Акопа Акопяна «Пейзаж», «Пейзаж. Тишина», «Уголок сада»; заслуженного художника Давида Седракяна «Арагац».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Среди портретов заслуживают внимания работы народного художника Армянской ССР Эдварда Исабекяна «Мастер Сурен» и «Портрет венецианки», а также произведения Рудольфа Хачатряна «В. Терян» и «Е. Чаренц».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На выставке представлены также работы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Минаса Аветисяна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Мартина Петросяна, Александра Григоряна, Генрика Гаспаряна, Меграна Харатяна, Анушавана Гаспаряна, Арташеса Унаняна, Генрика Мамяна, Шаварша Оганнисяна и других художников.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Pub-0036 · 1977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https://rudolfart.com/publications/Pub-0036?lang=ru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Pub-0036 · 1977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https://rudolfart.com/publications/Pub-0036?lang=ru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3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3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https://rudolfart.com/publications/Pub-0036?lang=ru</dc:subject>
  <dc:creator>python-docx</dc:creator>
  <cp:keywords>Rudolf Khachatryan; rudolfart.com</cp:keywords>
  <dc:description>Source: https://rudolfart.com/publications/Pub-0036?lang=ru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