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Указ о присвоении звания Заслуженный художник Арм.ССР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Коммунист · 1977, 31 декабря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Указ Президиума Верховного Совета Армянской ССР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 ПРИСВОЕНИИ ГРУППЕ ХУДОЖНИКОВ ПОЧЕТНОГО ЗВАНИЯ ЗАСЛУЖЕННОГО ХУДОЖНИКА АРМЯНСКОЙ ССР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 заслуги в развитии армянского советского изобразительного искусства присвоить почетное звание заслуженного художника Армянской ССР: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Асляну Альберту Арташесовичу — графику.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Вардпароняну Хачатуру Анушавановичу — живописцу.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Габузяну Вилену Грачиковичу — живописцу.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4. Мелконяну Ашоту Анатольевичу — живописцу.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5. Погосяну Арутюну Гарегиновичу — прикладнику.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6. Саркисяну Шанту Варосовичу — живописцу.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7. Сиравяну Генриху Николаевичу — живописцу.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8. </w:t>
      </w:r>
      <w:r>
        <w:rPr>
          <w:rFonts w:ascii="Times New Roman" w:hAnsi="Times New Roman" w:eastAsia="Times New Roman" w:cs="Times New Roman"/>
          <w:b/>
          <w:i w:val="0"/>
          <w:sz w:val="24"/>
        </w:rPr>
        <w:t>Хачатряну Рудольфу Лорисовичу — графику.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9. Ширазу Ара (Карапетяну Арамазду Оганесовичу) — скульптору.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Элибекяну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Роберту Вагаршаковичу — живописцу.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Председатель Президиума Верховного Совета Армянской ССР Б. САРКИСОВ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Секретарь Президиума Верховного Совета Армянской ССР М. БАХЧИНЯН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30 декабря 1977 года. Гор. Ереван.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Pub-0037 · 1977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https://rudolfart.com/publications/Pub-0037?lang=ru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Pub-0037 · 1977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https://rudolfart.com/publications/Pub-0037?lang=ru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37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37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https://rudolfart.com/publications/Pub-0037?lang=ru</dc:subject>
  <dc:creator>python-docx</dc:creator>
  <cp:keywords>Rudolf Khachatryan; rudolfart.com</cp:keywords>
  <dc:description>Source: https://rudolfart.com/publications/Pub-0037?lang=ru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