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Указ о присвоении звания Заслуженный художник Арм.ССР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Советская Армения (Советакан Айастан) · 1977, 31 декабря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Указ Президиума Верховного Совета Армянской ССР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 ПРИСВОЕНИИ ГРУППЕ ХУДОЖНИКОВ ПОЧЁТНОГО ЗВАНИЯ ЗАСЛУЖЕННОГО ХУДОЖНИКА АРМЯНСКОЙ ССР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За заслуги в развитии советского армянского изобразительного искусства присвоить почётное звание заслуженного художника Армянской ССР: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1. Альберту Арташесовичу АСЛЯНУ — графику.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2. Вилену Грачиковичу ГАБУЗЯНУ — живописцу.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3. Роберту Вагаршаковичу ЭЛИБЕКЯНУ — живописцу.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4. </w:t>
      </w:r>
      <w:r>
        <w:rPr>
          <w:rFonts w:ascii="Times New Roman" w:hAnsi="Times New Roman" w:eastAsia="Times New Roman" w:cs="Times New Roman"/>
          <w:b/>
          <w:i w:val="0"/>
          <w:sz w:val="24"/>
        </w:rPr>
        <w:t>Рудольфу Лорисовичу ХАЧАТРЯНУ — графику.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5. Ашоту Анатольевичу МЕЛКОНЯНУ — живописцу.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6. Ара ШИРАЗУ (Арамазду Ованесовичу Карапетяну) — скульптору.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7. Арутюну Гарегиновичу ПОГОСЯНУ — мастеру прикладного искусства.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8. Шанту Варосовичу САРКИСЯНУ — живописцу.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9. Генриху Николаевичу СИРАВЯНУ — живописцу.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10. Хачатуру Анушавановичу ВАРДПАРОНЯНУ — живописцу.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Председатель Президиума Верховного Совета Армянской ССР Б. САРКИСОВ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Секретарь Президиума Верховного Совета Армянской ССР М. БАХЧИНЯН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30 декабря 1977 года, гор. Ереван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Pub-0038 · 1977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https://rudolfart.com/publications/Pub-0038?lang=ru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Pub-0038 · 1977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https://rudolfart.com/publications/Pub-0038?lang=ru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38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38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https://rudolfart.com/publications/Pub-0038?lang=ru</dc:subject>
  <dc:creator>python-docx</dc:creator>
  <cp:keywords>Rudolf Khachatryan; rudolfart.com</cp:keywords>
  <dc:description>Source: https://rudolfart.com/publications/Pub-0038?lang=ru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