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Нонна Степанян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Художник и модель. Заметки с выставки Р. Хачатряна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Московский художник · 1978, 29 ноября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Заслуженный художник Армянской ССР Рудольф Хачатрян с начала 70-х годов работает исключительно в области графики, преимущественно — в области портрета, а доминантной в галерее его портретов становится карандашный портрет. Здесь и начинается, собственно, этот интересный мастер, здесь он и говорит свое самостоятельное слово.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Огромная душевная привязанность к людям становится своего рода оправданием и смыслом творчества, художник отдает себя одной цели: он воздвигает своеобразным памятником окружающим его людям. «Герои Рудольфа Хачатряна» навеки запечатлеваются, «оттискиваются» в его рисунках, мы становимся причастны его размышлениям, опыт его сердца становится нашим опытом.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Такими, какие они есть, но в свете своей любви к ним — вот как стремится показать своих героев Рудольф Хачатрян. Любовь художника к модели материализуется, действительно «освещает» своим присутствием портреты. Поверхность листа, на которой возникает воздушно-легкий и одновременно аналитичный, тонкий облик, вся пронизана светом, светоносна. Потому и нет никаких деталей реального окружения, что люди возникают из этой, светоносной среды. Артистизм штриха, едва уловимые глазом градации нажима карандаша как бы выводят человека из потока света на наше обозрение.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Бесконечные возможности, таящиеся в линии, в штрихе, на пространстве чистого листа мастерски используются художником. Белый цвет на его работах никогда не воспринимается ни как бумага, ни как фон — это всегда олицетворение воздушного пространства, светоносной среды. При таком понимании обнаруживается практическая неисчерпаемость скупых средств рисунка — белый лист и грифель в руках мастера могут передать самые сложные чувства, самые богатые эмоции.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Просматривая карандашные портреты Рудольфа Хачатряна в хронологической последовательности, можно увидеть путь развития этой системы. Художник шел к освобождению от деталей, к скупому ограничению средств, сведению изображения только к тому, что действительно важно. Именно через аскетизм, через решительный отказ от всего внешнего, он пришел к особой просветленности своих работ, к их духовной содержательности.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карандашных портретах Рудольфа Хачатряна бросается в глаза одно нечастое в наши дни свойство — они принципиально, вполне осознанное, как говорится, «с открытым забралом» вступают в диалог с образцами классического искусства, располагаясь в один ряд с карандашными и гравюрными портретами прошлого. Невольно возникает вопрос, с какой целью художник напоминает нам о своих предшественниках? Чтобы доказать, что в третьей четверти XX века можно работать на уровне мастеров классики? Да, такая задача ставилась художником. Ему хотелось показать, что виртуозное мастерство, точность и поэтическое таяние штриха достижимы, если есть дарование, школа и глаз.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 не только в этом была задача. Рудольфу хотелось доказать, что не только он как художник может находиться в высоком ряду, но и его современники, люди наших дней, могут быть запечатлены как герои классического искусства.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Можно сказать, что творчество Рудольфа Хачатряна имеет множество аспектов, но основные аспекты — доказать, что человеческая индивидуальность составляет основной пафос и смысл искусства. Доказать, что ценность человека — основной предмет искусства, и что методы его поэтизации и показа сегодня — те же, что и всегда. Цепь преемственности нерасторжима.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 этим кругом задач связано одно свойство работ Рудольфа Хачатряна — они очень красивы. Отделанность, прозрачная недоговоренность, тонкость в проработке деталей, плавность силуэтов создают в сумме особое качество драгоценности, не так уж часто встречающееся в современном искусстве. Между тем потребность в красоте у сегодняшнего зрителя велика, успех работ художника во многом кроется именно в этом. Сделать работу красивой — это входит в круг задач, которые мастер поставил перед собой, содержание портретов Рудольфа Хачатряна раскрывается перед нами и потому, что они красивы.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Портреты Рудольфа Хачатряна чрезвычайно точны по своим психологическим характеристикам. Иначе и быть не могло — когда ты изображаешь человека с предельной точностью, придавая его облику четкость медальной отливки, ошибки недопустимы. Приблизительность невозможна при этом методе. Невозможно и льстить: все, что есть в характере и внешности человека, выдвигается под пристальным взглядом рисовальщика на первый план, и зритель может обсуждать концепцию данной личности, не только опираясь на красоту портрета и облика модели. Однако сквозь все красивое и уродливое, сквозь гармонически-миловидное и острохарактерное проходит единая тенденция (это и есть авторский голос!) — придать своей модели особое благородство, выдать право на вечность, определив ее неповторимые достоинства.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Ни один из героев Рудольфа Хачатряна, даже самые пожилые из них, не находятся «на склоне лет». Он изображает людей всегда с чувством перспективы, будущего. Портреты детей и молодых людей вероятно именно поэтому обладают таким обаянием — модели всматриваются в нас с ожиданием и надеждой, в их облике есть особая отзывчивость. И мы, зрители, относимся к ним, как к любимым литературным героям, мы начинаем «сочинять» для них биографию, вступаем с ними в живой диалог, хотим встречи с ними в реальной жизни.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Люди, изображенные им, держат нас в состоянии напряженного общения. Мы узнаем через них «другого», становимся причастны размышлениям, томлениям и заботам отличных от нас и похожих на нас людей. А научить пониманию чужой жизни и души — одна из высоких функций искусства.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Нонна СТЕПАНЯН, кандидат искусствоведения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Pub-0039 · Нонна Степанян · 1978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https://rudolfart.com/publications/Pub-0039?lang=ru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Pub-0039 · Нонна Степанян · 1978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https://rudolfart.com/publications/Pub-0039?lang=ru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39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39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https://rudolfart.com/publications/Pub-0039?lang=ru</dc:subject>
  <dc:creator>python-docx</dc:creator>
  <cp:keywords>Rudolf Khachatryan; rudolfart.com</cp:keywords>
  <dc:description>Source: https://rudolfart.com/publications/Pub-0039?lang=ru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