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50 рисунков…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Искусство · 1979, № 3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50 рисунков было представлено в Доме Союза художников СССР на Гоголевском бульваре на выставке произведений московского графика Р. Л. Хачатряна. Показанные работы относятся к последним пяти-шести годам, когда художник после долгих исканий сделал окончательный выбор — стал работать в жанре портрета, причём в основном портрета карандашного.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Портреты Р. Хачатряна точны и строги по форме. Лучшим работам свойственна психологичность. Их отличают изящная артистичная манера тонкого серебристого штриха, отсутствие проработанной среды и обстановки. Хачатрян работает в традициях классического искусства. Его герои — актёры и учёные, художники и дети.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Помимо карандашных портретов Хачатрян много рисует сангиной и углем, соусом и сепией. Выставка его работ, открытая в Доме Союза художников СССР на Гоголевском бульваре с 18 октября по 11 ноября 1978 года, познакомила зрителей с рядом интересных людей, наших современников. Художник нарисовал их с большим тактом и мастерством.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Pub-0052 · 1979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https://rudolfart.com/publications/Pub-0052?lang=ru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Pub-0052 · 1979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https://rudolfart.com/publications/Pub-0052?lang=ru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52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52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https://rudolfart.com/publications/Pub-0052?lang=ru</dc:subject>
  <dc:creator>python-docx</dc:creator>
  <cp:keywords>Rudolf Khachatryan; rudolfart.com</cp:keywords>
  <dc:description>Source: https://rudolfart.com/publications/Pub-0052?lang=ru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