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Армянская советская энциклопедия. Рудольф Хачатрян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Армянская советская энциклопедия · 1979, с. 20–21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Рудольф Лорисович (род. 4.3.1937, Ереван), армянский советский художник. Заслуженный художник Армянской ССР (1977). Работает в области графики и живописи. С 1971 года живёт и работает в Москве. В 1959 году на выставке VII Всемирного фестиваля молодёжи (Вена) удостоен бронзовой медали за «Портрет студентки», в 1970 году на выставке, посвящённой 100-летию со дня рождения Комитаса, — первой премии Министерства культуры Армянской ССР за «Комитаса». Среди работ — «Юность» (1965), «Материнство» (1965), «Мариамчик с натюрмортом» (1972).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Подпись под иллюстрацией: Р. Хачатрян. Портрет скульптора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В. Петросяна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(1978, частное собрание, Ереван)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Pub-0056 · 1979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Pub-0056 · 1979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https://rudolfart.com/publications/Pub-0056?lang=ru</dc:subject>
  <dc:creator>python-docx</dc:creator>
  <cp:keywords>Rudolf Khachatryan; rudolfart.com</cp:keywords>
  <dc:description>Source: https://rudolfart.com/publications/Pub-0056?lang=ru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