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40"/>
      </w:pPr>
      <w:r>
        <w:rPr>
          <w:rFonts w:ascii="Times New Roman" w:hAnsi="Times New Roman" w:eastAsia="Times New Roman" w:cs="Times New Roman"/>
          <w:b/>
          <w:i w:val="0"/>
          <w:color w:val="7A3B28"/>
          <w:sz w:val="32"/>
        </w:rPr>
        <w:t>Ал. Маргарян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Лучшие графические работы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Советская Армения (Советакан Айастан) · 1980, 30 сентября · Перевод с армянского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Имя заслуженного художника Армянской ССР Рудольфа Хачатряна хорошо знакомо знатокам и любителям советского армянского изобразительного искусства. Уже на первых выставках он заявил о себе как художник с ярким национальным мышлением, самобытный мастер графики. Рисовать он начал с детства, а с восемнадцати лет уже участвовал своими графическими работами в республиканских выставках. Изучая творчество мастеров европейского классического искусства, в особенности Рембрандта и Дюрера, он одновременно учился у народного художника СССР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Ерванда Кочара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, который также оказал большое влияние на формирование творческой индивидуальности и художественных принципов молодого художника.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Уже неделю один из выставочных залов Дома художника Армении отдан персональной выставке художника, где представлены его лучшие графические работы последних лет. Любители искусства столицы с большим интересом знакомятся с несколькими десятками рисунков карандашом и графических листов. Глубиной и мастерством исполнения восхищают особенно портреты — «Маргарита», «Девочка с косами», «Франческа», «Старая еврейка», «Маша» и другие работы.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Графические работы Рудольфа Хачатряна «Натюрморт с рыбами», «Абу-ль-Ала аль-Маари», «Цветы», «У окна», «Натюрморт с бумажным ангелом», «Юдифь» требуют от зрителя пристального взгляда, заставляют ещё больше полюбить графическое искусство. Художник не ищет в своих работах эффектов, он стремится к естественности, чтобы запечатлённое мгновение, состояние было правдивым, психологически убедительным.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Живя и работая в Москве, молодой художник часто общается с известными деятелями искусства. Результат этого — выполненные в последние два-три года карандашные портреты «Е. Евстигнеев», «Анатолий Бочаров», «Кинорежиссёр М. Швейцер», «Арно Бабаджанян», «Дирижёр Лев Маркиз», «Актриса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Наталья Сайко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», «Кинооператор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Сергей Филиппов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» и другие работы.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Персональные выставки Рудольфа Хачатряна открывались также в Москве, Ленинграде, Одессе. Начиная с 1957 года его работы непрерывно экспонировались не только на республиканских и всесоюзных выставках, но и в ГДР, Польше, Италии, Франции, Англии, США, Австрии и повсюду получали высокую оценку.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АЛ. МАРГАРЯН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[Подпись под фотографиями:] На снимках — работы Р. Хачатряна: «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Уильям Сароян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», «Цветы», «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Лусине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». Фото А. Хряна.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Pub-0059 · Ал. Маргарян · 1980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https://rudolfart.com/publications/Pub-0059?lang=ru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Pub-0059 · Ал. Маргарян · 1980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https://rudolfart.com/publications/Pub-0059?lang=ru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59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59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https://rudolfart.com/publications/Pub-0059?lang=ru</dc:subject>
  <dc:creator>python-docx</dc:creator>
  <cp:keywords>Rudolf Khachatryan; rudolfart.com</cp:keywords>
  <dc:description>Source: https://rudolfart.com/publications/Pub-0059?lang=ru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