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М. Казарян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Созвучие традиций и современности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1980, 5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ереванском Доме художника открылась выставка произведений Рудольфа Хачатряна. В неё вошли работы последнего периода, представленные в строгом отборе. В основном это портреты, есть и несколько пейзажей и натюрмортов, которые представляют художника в цельности его творческого облика, с его миром и интересами.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Пристрастие Рудольфа Хачатряна — портрет, жанр, неисчерпаемые возможности которого способствовали самовыражению художника, проявлению его собственного стиля. На портретах изображены люди, окружающие художника: жена, дети, друзья, люди, духовно близкие ему. У портрета в советском армянском изобразительном искусстве прочные традиции, однако особенность работ Р. Хачатряна в том, что его модели увидены под новым углом зрения и представлены своеобразными средствами художественного воплощения человеческих индивидуальностей.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Люди на портретах Р. Хачатряна — активные образы. Для построения композиции художник предпочитает большой лист бумаги, позволяющий видеть портрет в определённом пространстве. Внимание сосредоточено на лице; формы, рождающиеся из тончайших переходов рисунка, обретают пространственную конкретность, пластическую выразительность линии, а тональные плоскости создают иллюзию цветовых переходов. Образы Р. Хачатряна замкнуты в себе, свободны от внешнего движения, но активны своей внутренней жизненностью, той незримой связью, которую художник создаёт между моделью и зрителем (портреты А. Бочарова, М. Швейцера, Оганеса,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др.). Для Р. Хачатряна важны определённые детали, которые становятся рамой для чистых, ясных черт лица и не только создают композиционное равновесие, но и обогащают образы («Девушка с косой», «Маша», «Профиль»). Художник придаёт значение и деталям одежды с восточным акцентом. Эти элементы подобраны со вкусом и дополняют художественную цельность образа.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Образы Р. Хачатряна, как бы индивидуализированы они ни были, в то же время похожи друг на друга тем стремлением к чистоте и красоте, которое составляет эстетическую основу его искусства. Этот идеал идёт от мастеров Возрождения (Леонардо да Винчи, Дюрер), от основательного и серьёзного изучения произведений классиков (Рембрандт, [прерафаэлиты?]), от такого их восприятия, когда усвоенное органично сплетается с индивидуальностью художника и становится его «я».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Одно из проявлений глубокого усвоения Р. Хачатряном классических традиций и их современного воплощения — интерес к образу женщины, к её красоте. Со своеобразным обаянием изображены героини графических листов «Юность», «Обнажённая», «Девушка». Гораздо более величественны и глубоки «Саломея», «Юдифь», «Франческа». Эти образы не случайны в искусстве Хачатряна. Если ветка в руке («Юность») или яблоко («Портрет актрисы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Натальи Сайко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») вызывают прямые ассоциации с шедеврами художников Возрождения, то библейские и литературные образы, занимающие большое место в том же искусстве Возрождения, у него далеки от драматических страстей и раскрывают поэтическую и артистическую сущность его творчества. Этими своими особенностями работы Р. Хачатряна раздвинули рамки армянской станковой графики, внеся в неё новое качество.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Рудольфа Хачатряна получило широкое признание. Уже первые работы принесли ему почётные премии (1957, 1965, 1969 — Ереван, 1959 — Вена). Его картины экспонировались и на международных выставках, персональные выставки открывались в Москве, Ленинграде, Одессе. Несомненно, в основе всего этого — трудолюбие, свойственное подлинному художнику, творческое своеобразие, высокая культура рисунка и стремление к самоутверждению.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МАНЯ КАЗАРЯН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Pub-0060 · М. Казарян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Pub-0060 · М. Казарян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https://rudolfart.com/publications/Pub-0060?lang=ru</dc:subject>
  <dc:creator>python-docx</dc:creator>
  <cp:keywords>Rudolf Khachatryan; rudolfart.com</cp:keywords>
  <dc:description>Source: https://rudolfart.com/publications/Pub-0060?lang=ru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