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Произведения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1980, 11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Доме художника открылась выставка произведений Рудольфа Хачатряна. В основном это портреты, есть также несколько пейзажей и натюрмортов.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Р. Хачатряна получило широкое признание. Его работы экспонировались и на международных выставках, персональные выставки открывались в Москве, Ленинграде, Одессе.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Репортаж с выставки Рудольфа Хачатряна слушайте 15 октября в 18.15. Предлагаем вашему вниманию три его работы: «Вильям Сароян», «Цветы»,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Лусине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Pub-0063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Pub-0063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https://rudolfart.com/publications/Pub-0063?lang=ru</dc:subject>
  <dc:creator>python-docx</dc:creator>
  <cp:keywords>Rudolf Khachatryan; rudolfart.com</cp:keywords>
  <dc:description>Source: https://rudolfart.com/publications/Pub-0063?lang=ru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