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C. Манукян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После выставки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1980, 7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Недавно состоявшаяся выставка заслуженного художника Армянской ССР Рудольфа Хачатряна имела большой успех. Сотни посетителей познакомились с представленными работами и высказали восхищённые отзывы. Р. Хачатрян представил на суд любителей искусства портреты, отличающиеся исключительно высоким профессиональным уровнем и удивительным сходством со столь знакомыми всем моделями. Привлекает и выбор техники — знакомый с детства карандаш. В женском портрете 1978 года намечена лишь голова, положены неровные штрихи, однако перед нами возникает женщина, отмеченная печатью присущего ей обаяния. Совершается художественный акт. В этом и заключается тайна искусства, которую нельзя объяснить анализом: магия рождения художественного образа.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достигает исключительного сходства, работая непосредственно с моделью. Заметим, что даже при создании автопортрета он прибегал к помощи зеркала, поэтому работающая рука на рисунке оказалась левой. Р. Хачатрян не фиксирует каждую складку и морщину на лице модели. Для него лицо — зеркало души; нужно лишь внимательно всмотреться и увидеть его глубину. Художника интересуют тончайшие, почти неуловимые движения души. Через подчёркнутое сходство он стремится постичь весь внутренний мир человека, а не только выделить наиболее характерное.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этой концепции портрета скрывается ещё один секрет успеха художника — вера в добро, которое он неизменно стремится раскрыть и показать. Р. Хачатрян любит наряжать своих героев, создавая вокруг них «маленький карнавал» (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Т. 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), выстраивая перед зрителем целый ряд ассоциаций — от классики до современности. Такие произведения, как «Юдифь»,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Лаура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«Абу Лала Маари», «Давид», «Быстров» и другие, соединяют персонажей современности и древности. Они объединяются, дополняют друг друга и убеждают нас, что ценность человеческой личности остаётся неизменной с глубокой древности до наших дней. Эти работы источают особое очарование вечной красоты.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 всей «классичности» своих картин, достигаемой тщательной проработкой, точностью линии, ассоциативностью и воздушностью, Р. Хачатрян остаётся художником XX века. Условность, которой проникнуто искусство нашего времени, не обошла и его. Особенно это заметно в портретах, выполненных по принципу «Портрета Ашота» (1979): разработано лишь лицо — ясное, точное и объёмное, тогда как всё остальное едва обозначено тонким контуром. Такой рисунок часто не даёт представления об объёмной конструкции, о «скелетной системе»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Едва ли здесь следует говорить о компромиссе, но несомненно, что в работах Р. Хачатряна сталкиваются два типа мировосприятия, два вида «взгляда художника». Это естественно: человек никогда не может полностью оторваться от своего времени. Возможно, именно этим «компромиссом» объясняется некоторая восковая застылость его портретов, определённая музейная дистанция между моделями и зрителем. Но никто не застрахован от неудачи. В лучших произведениях Р. Хачатряна ощущается обаяние творческой индивидуальности, сложность человеческого характера и ценность человеческой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СЕЙРАНУШ МАНУКЯН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Pub-0065 · C. Манукян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Pub-0065 · C. Манукян · 1980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https://rudolfart.com/publications/Pub-0065?lang=ru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6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https://rudolfart.com/publications/Pub-0065?lang=ru</dc:subject>
  <dc:creator>python-docx</dc:creator>
  <cp:keywords>Rudolf Khachatryan; rudolfart.com</cp:keywords>
  <dc:description>Source: https://rudolfart.com/publications/Pub-0065?lang=ru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