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Ованнес Арутюнян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Р.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Вестник (Лрабер) · 1980, 15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прошлом году группа армянских художников была удостоена звания заслуженного художника республики. Среди получивших это почётное звание был и уже перешагнувший сорокалетний рубеж Рудольф Хачатрян, который давно занимает прочное место в современном армянском изобразительном искусстве.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место он завоевал независимо от бронзовой медали, полученной в 1959 году на Всемирной выставке в Вене, серебряной медали республиканской молодёжной выставки 1965 года и первой премии выставки 1970 года, посвящённой столетию Комитаса.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Получил бы Рудольф Хачатрян эти медали и премию или нет — всё равно ему было предназначено открыть новый путь в нашем искусстве и представить мир новым взглядом. Это новое мировосприятие было заметно уже в рисунках шестнадцати-семнадцатилетнего Хачатряна и в созданных семь-восемь лет спустя картинах «Материнство» и «Молодость». Именно они в 1965 году были отмечены серебряной медалью и до сих пор воспроизводятся на обложках различных советских и зарубежных журналов.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успех его живописных произведений не отдалил Хачатряна от настоящей любви — рисунка. Вскоре он отказался от цвета, от разложения света и воссоздания мира при помощи красок. Хачатрян выбрал путь наибольшего сопротивления: решил воссоздавать мир одним лишь светом и одноцветной линией, превратив линию в средство придания свету формы. Он стремился светом и линией достичь живописной выразительности. Портреты и натюрморты последних шести лет свидетельствуют, что эти усилия не пропали даром. Особенно это относится к небольшим карандашным рисункам. В них художник достиг такого качества и такой концентрации мысли и чувства, что реалистические по форме изображения вызывают у зрителя чувства, которые невозможно постичь и выразить словами.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«Натюрморт с засохшими цветами», «Женский портрет», «Портрет моей жены», «Саломея», «Автопортрет» и другие подобные произведения наполняют зрителя почти теми же переживаниями, какие испытывает впервые влюбившийся юноша, встречаясь со взглядом любимой. Подобные образы способен создавать лишь человек, безгранично любящий жизнь и творящую природу; человек, ощущающий каждой клеткой чудо вечного существования, не отделяющий себя от природы и живущий как её цельная, живая частица.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случайно Рудольф Хачатрян рисует только с натуры. Он не ищет прекрасное в вымышленных образах. Художник видит красоту внутри себя и в своём окружении. Природа уже прекрасна сама по себе и сама создаёт прекрасное; Хачатряну же дано счастье видеть всё прекрасным и столь же прекрасно воссоздавать увиденное.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Главным образом Хачатряна занимает жанр портрета. Здесь особенно заметны его непревзойдённое профессиональное мастерство и неисчерпаемая способность раскрывать и воплощать модель.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раз, глядя на новую законченную работу Рудольфа Хачатряна, кажется, что дальше идти уже невозможно, что на этот раз он исчерпал все возможности и линии больше некуда совершенствоваться. Но следующей работой художник вновь превосходит самого себя и предыдущее произведение. Этим удивительным постоянным самопревосхождением он внушает безграничную веру во внутренние возможности человека. Он непрерывно доказывает, что эти возможности неисчерпаемы, если любишь и веришь. Только любовью и верой можно вновь обрести внутри себя природу и прийти в гармонию с её красотой.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Поклонники книжных теорий и безликие приверженцы моды, выучившие несколько правил, долго не могли понять возвращение Хачатряна к реализму. Им казались более приемлемыми и достойными одобрения экспериментальные работы молодого художника, хотя, по всей вероятности, они не понимали и их. Они лишь делали вид, будто обладают современным мышлением, и простодушно считали современным всякое странное и экстравагантное измышление. Хачатрян же — художник сильного и самостоятельного характера. Следуя внутреннему голосу, он упорно и бескомпромиссно утверждал свою истину. Если перевести её в слова, она прозвучала бы приблизительно так: «Мера всего — творящая природа, а идти против природы подобно самоубийству».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бы ни изображал Хачатрян — человека, цветы, рыбу, чеснок или картофель, — он стремится раскрыть и сделать для всех видимой красоту натуры. Это ему неизменно удаётся, потому что художник ко всему относится с одинаковой любовью.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Иногда зрителю может показаться, что он идеализирует человека либо выбранные в качестве модели цветок или рыбу. Но так может показаться лишь тем, кто не умеет любить любовью Хачатряна и вообще не смотрит на человека и вещи с любовью и верой.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Плодами безусловной любви являются почти все произведения Рудольфа Хачатряна, особенно исполненные карандашом и сепией портреты. Некоторые из них представляют исторических или мифологических персонажей. И в этих случаях художник пользовался живой моделью, ещё раз подчёркивая исключительную способность создавать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 проницательного взгляда Хачатряна скрыться невозможно. Он наделён драгоценным даром мгновенно и глубоко понимать человека. Художник изображает модель точно, почти с фотографической достоверностью, но одновременно делает видимыми весь внутренний мир человека, его духовное богатство и наиболее характерные особенности. Он раскрывает человека настолько глубоко, что иногда сама модель, удивлённая и застигнутая врасплох, благодаря созданному Хачатряном образу начинает смотреть на себя по-новому.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только простотой и глубиной образов, но и мировосприятием и художественным темпераментом Хачатрян напоминает мастеров нашего Средневековья и Возрождения. Его внутреннее родство связывает его с создателями Гегарда и Рипсиме, с непревзойдённым автором «Моны Лизы». Подобно своим славным предкам и духовным наставникам, Рудольф Хачатрян в совершенстве владеет искусством рисунка и стремится приблизиться к ним также уровнем своего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Ованнес Арутюнян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Pub-0066 · Ованнес Арутюнян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Pub-0066 · Ованнес Арутюнян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https://rudolfart.com/publications/Pub-0066?lang=ru</dc:subject>
  <dc:creator>python-docx</dc:creator>
  <cp:keywords>Rudolf Khachatryan; rudolfart.com</cp:keywords>
  <dc:description>Source: https://rudolfart.com/publications/Pub-0066?lang=ru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