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С. Галушкин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Иллюстрируют графики...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Ленинградская правда · 1982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ИЛЛЮСТРИРУЮТ ГРАФИКИ…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ЛИТЕРАТУРНО-мемориальном музее Ф. М. Достоевского открыта выставка новых поступлений. В экспозиции, расположенной в кинозале, представлены иллюстрации нескольких ленинградских художников-графиков к произведениям писателя.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Среди них офорты А. И. Зинштейна к повести «Белые ночи», Г. А. Мазурина к «Дневнику писателя», циклы рисунков Ю. Е. Брусовани к повести «Двойник» и «Запискам из мертвого дома», выполненные в оригинальной творческой манере. Им же создана серия листов «Хореография по Достоевскому», в основе живописного решения которой — темы балета Б. Эйфмана «Идиот» на музыку Шестой симфонии П. И. Чайковского.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На выставке экспонируются также графические портреты актеров В. Никулина и Н. Бурляева — в образах героев кинофильма «Игрок» их запечатлел художник Р. Л. 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С. ГАЛУШКИН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Pub-0070-а · С. Галушкин · 1982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https://rudolfart.com/publications/Pub-0070-%D0%B0?lang=ru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Pub-0070-а · С. Галушкин · 1982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https://rudolfart.com/publications/Pub-0070-%D0%B0?lang=ru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70-%D0%B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70-%D0%B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https://rudolfart.com/publications/Pub-0070-%D0%B0?lang=ru</dc:subject>
  <dc:creator>python-docx</dc:creator>
  <cp:keywords>Rudolf Khachatryan; rudolfart.com</cp:keywords>
  <dc:description>Source: https://rudolfart.com/publications/Pub-0070-%D0%B0?lang=ru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