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Ал. Маргарян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Классическая простота рисунка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Советская Армения (Советакан Айастан) · 1983, 30 ноября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Два зала ереванского Музея современного искусства на этот раз отданы произведениям заслуженного художника Армянской ССР Рудольфа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На выставке представлены десятки пейзажей, натюрмортов и портретов, изображающих нашу сегодняшнюю процветающую страну и её известных людей. Смотришь на графические листы и мысленно соглашаешься с записью заслуженного деятеля искусств РСФСР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Савелия Ямщикова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: «...ничто лишнее, фальшиво-эффектное не нарушает классической гармонии искусства Рудольфа Хачатряна — художника, родившегося на армянской земле и продолжающего свой творческий труд в сердце России, — и простоты его мастерски отработанного почерка. Сейчас его работы обладают теми достоинствами, которые уже сегодня позволяют назвать их музейными».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Посетители выставки с большим интересом смотрят портреты «Женский портрет», «Нана», «Член-корреспондент АН СССР Левон Пирузян», «Моко»,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Профиль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«Караван-баши», «Художница Инна Олевская», «Девушка с яблоками», «Актёр Владимир Мсрян», «Балетмейстер Максим Мартиросян», а также натюрморты «Розы», «Натюрморт с самоваром», «Три рыбы», «Цветы» и другие работы.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Особое место в творческом мире художника занимают Ереван и Армянское нагорье. Его работы «Старый Ереван», «Старый Конд», «Гегамские горы», «Балкон», «Улица с родником», «Маленький двор» воссоздают эмоциональный образ столицы Армении и её природы.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— Каждый художник своим творчеством ищет духовного родства с людьми, — говорит директор Музея современного искусства, заслуженный деятель искусств Армянской ССР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Генрих Игитян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— Ведь произведение искусства обращено к людям. В этом смысле Р. Хачатрян — счастливый художник: его творческий диапазон так широк, что способен вместить в круг его искусства людей с самыми разными эстетическими представлениями.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АЛ. МАРГАРЯН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снимках: Р. Хачатрян — 1.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Автопортрет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2. «Профиль», 3.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Натюрморт с рыбой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». Фото Т. ПАШАЯНА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Pub-0077 · Ал. Маргарян · 1983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https://rudolfart.com/publications/Pub-0077?lang=ru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Pub-0077 · Ал. Маргарян · 1983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https://rudolfart.com/publications/Pub-0077?lang=ru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77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77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https://rudolfart.com/publications/Pub-0077?lang=ru</dc:subject>
  <dc:creator>python-docx</dc:creator>
  <cp:keywords>Rudolf Khachatryan; rudolfart.com</cp:keywords>
  <dc:description>Source: https://rudolfart.com/publications/Pub-0077?lang=ru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