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М. Казарян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Новое проявление таланта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Литературная газета (Гракан терт) · 1984, 20 января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Каждая художественная выставка насыщена определённой эстетической атмосферой и обладает присущим ей идейным напряжением. На персональной выставке эти свойства проявляются значительно концентрированнее, с более сильными акцентами и сложными сочетаниями, поскольку перед нами творчество одного автора — одна личность, один круг поисков, достижений и интересов. Величие художника заключается именно в способности удерживать каждого посетителя в напряжённом интересе даже в такой атмосфере кажущегося «однообразия».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Такое испытание выдержала выставка произведений Рудольфа Хачатряна, открывшаяся в конце прошлого года в Музее современного искусства. Она включала работы, созданные за три года после первой персональной выставки художника в Доме художника в Ереване в 1980 году, — пятьдесят законченных полотен. Но речь вовсе не о количестве, а о том уровне художественного исполнения, которым и была отмечена выставка.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Рудольфу Хачатряну есть что сказать как подлинному художнику, вдумчиво и философски смотрящему на мир и людей. Изображённые им люди близки нам цельностью своих характеров. Это представители интеллигенции — учёные, писатели, актёры, режиссёры. Психологическое раскрытие строится по определённым принципам. Сначала кажется, что сущность модели раскрыта полностью, однако длительное созерцание обнаруживает множество возможностей для собственного толкования образа. Замысел художника настолько растворяется в художественном воплощении, что каждый персонаж обретает самостоятельную жизнь и становится личностью, живущей в новой среде.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Люди в портретах Р. Хачатряна не несут подчёркнутого отпечатка душевных переживаний, но наделены внутренней активностью. Они лишены «внешнего движения», однако пребывают в подвижных душевных состояниях. Таковы портреты академика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А. Мигдала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актёра В. Мсряна, художницы Инны Олевской, а также «Актриса», «Портрет женщины» и другие работы. Следует отметить ещё одну особенность искусства Хачатряна: насколько тщательно художник передаёт лицо модели, настолько же активно предметы и убранство вокруг неё участвуют в материализации формы. Это не натурализм, а уровень обобщения, при котором произведение рождается из стремления к правде и одновременно поднимается до 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Изображённые им люди «очищены» от бытовых мелочей и отрицательных страстей; это личности, вызывающие чистые и благородные чувства. Этим они очаровывают и становятся близкими зрителю. Произведения художника обладают большой силой воздействия. Одежда моделей и предметы убранства подсказывают позу изображённого, то есть тот вариант композиции, который свойствен именно данному человеку.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 последние три года приёмы образной выразительности стали разнообразнее. Особенно следует отметить значение, придаваемое рукам моделей, и высокую культуру исполнения. Левкас — меловая основа, нанесённая на дерево и заменяющая холст и бумагу, — позволяет достичь предельной выразительности карандаша и сепии и живописного звучания тональных переходов одного цвета. Левкас не только облегчает работу, но и предъявляет собственные требования: чувство меры в понимании прекрасного, безупречность вкуса и другое.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первых шагов Р. Хачатрян стремился утвердить своё, индивидуальное, то совершенное, что для него воплотилось в искусстве Дюрера и Рембрандта. Он умеет решать поставленные перед собой творческие задачи. Представленные работы подтверждают, что перед нами уже сложившийся художник со своим индивидуальным лицом. Это факт — многозначительный факт, налагающий на художника ответственность.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МАНЯ КАЗАРЯН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Pub-0082 · М. Казарян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https://rudolfart.com/publications/Pub-0082?lang=ru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Pub-0082 · М. Казарян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https://rudolfart.com/publications/Pub-0082?lang=ru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8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8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https://rudolfart.com/publications/Pub-0082?lang=ru</dc:subject>
  <dc:creator>python-docx</dc:creator>
  <cp:keywords>Rudolf Khachatryan; rudolfart.com</cp:keywords>
  <dc:description>Source: https://rudolfart.com/publications/Pub-0082?lang=ru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