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Савелий Ямщиков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Вернисаж на Суворовском бульваре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Известия · 1984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Вновь открыл свои залы для посетителей Государственный музей искусства народов Востока. Разместился он теперь в просторном реконструированном старинном здании в центре нашей столицы на Суворовском бульваре.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Любители искусства хорошо знакомы с его прекрасной коллекцией произведений искусства. Известен он и своим вкладом в пропаганду современного советского изобразительного искусства. Выставки, организуемые в нем, пользуются широкой популярностью, становятся заметными событиями культурной жизни столицы.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Так случилось и в этот раз. К открытию музея был приурочен вернисаж заслуженного художника Армянской ССР Рудольфа Хачатряна. С его персональными выставками имели возможность познакомиться жители Ленинграда, Одессы. Не раз он выставлялся в Ереване и Москве.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Творчество этого художника отличает завидная преданность искусству рисунка. Простая четкая линия в рисунках Хачатряна превращается в универсальное средство, с помощью которого он способен выразить богатство окружающего мира, тончайшие оттенки человеческих чувств.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Герой творчества Хачатряна — человек сегодняшнего дня. Художник предпочитает натуры сформировавшиеся, с незаурядными, ярко выраженными характерами. Среди них — известные литераторы, актеры, музыканты, художники, ученые.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Будучи привержен классическому рисунку и сторонясь различных «соблазнов» усложнения графической техники, Хачатрян в то же время всегда стремился к новому. Творческий поиск привел его к интересной находке. Суть ее в следующем. Бумага — материал недолговечный, и художника осенила мысль перенести рисунок на загрунтованную известным еще с древности способом поверхность — так называемый левкас (на левкасах писали живописные картины до изобретения живописи на холсте, в том числе иконы). И вдруг рисунок приобрел неожиданную остроту и монументальность, некие новые, не свойственные ранее графике качества. Практически Хачатрян открыл новую технику.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...Зажил активной жизнью любимый москвичами музей на старом Суворовском бульваре. Доброго ему пути!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Савелий ЯМЩИКОВ, заслуженный деятель искусств РСФСР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Pub-0088 · Савелий Ямщиков · 1984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https://rudolfart.com/publications/Pub-0088?lang=ru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Pub-0088 · Савелий Ямщиков · 1984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https://rudolfart.com/publications/Pub-0088?lang=ru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88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88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https://rudolfart.com/publications/Pub-0088?lang=ru</dc:subject>
  <dc:creator>python-docx</dc:creator>
  <cp:keywords>Rudolf Khachatryan; rudolfart.com</cp:keywords>
  <dc:description>Source: https://rudolfart.com/publications/Pub-0088?lang=ru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