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"Welcome to Museum of Oriental Peoples' Art"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Moscow News International · 1984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Суворовский бульвар, 12 — новый адрес Музея искусства народов Востока в Москве. Особняк позднего русского классицизма неподалёку от Никитских ворот вмещает уникальное собрание, насчитывающее свыше 40 тысяч единиц хранения. В постоянной экспозиции — прикладное искусство, скульптура, графика и живопись советских республик Средней Азии и Закавказья. Кроме того, здесь есть предметы из Ирана, стран Юго-Восточной Азии и Африки.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Пока для постоянной экспозиции в новых помещениях создаются наилучшие условия, музей открыл свои выставочные залы. Первая выставка — показ работ современного армянского художника Рудольфа Хачатряна: портреты учёных и людей искусства, а также пейзажи. Главная тема художника — человек. Внешне простые, сдержанные и тихие портреты Хачатряна раскрывают человеческую личность, её неповторимую индивидуальность.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Далее пройдут выставка средневекового и современного монгольского искусства, выставка Николая Рериха и его сына Святослава, а также «Золото Адыгеи», собранное за три года археологической экспедиции музея в Адыгейской автономной области.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фотографиях на этой странице — некоторые работы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● Актриса. ● Автопортрет. ● Натюрморт.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Pub-0091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Pub-0091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https://rudolfart.com/publications/Pub-0091?lang=ru</dc:subject>
  <dc:creator>python-docx</dc:creator>
  <cp:keywords>Rudolf Khachatryan; rudolfart.com</cp:keywords>
  <dc:description>Source: https://rudolfart.com/publications/Pub-0091?lang=ru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