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Р.Хачатрян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В эфире Ереван (Этерум э Ереван) · 1984, январь · Перевод с армянского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28 января в 19:30 телезрители смогут посмотреть передачу, посвящённую выставке заслуженного художника республики Рудольфа Хачатряна.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Творческий кругозор художника широк: он способен вместить людей с самыми разными эстетическими представлениями. Созданные за многие годы десятки пейзажей, натюрмортов и портретов изображают новую, благоустраивающуюся родину и её известных людей. Большой интерес вызывают портреты «Утро», «Девушка с яблоками», «Актёр Владимир Мсрян», «Балетмейстер Максим Мартиросян», а также натюрморты «Розы», «Натюрморт с самоваром», «Три рыбы», «Цветы» и другие работы.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Особое место в творчестве Р. Хачатряна занимают Ереван и Армянское нагорье. Работы этого цикла воссоздают эмоциональный образ столицы Советской Армении и её природы. Для художника одинаково интересна и значима каждая деталь, даже кажущаяся незначительной. К большим и малым явлениям он относится с одинаковой любовью и вниманием.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передаче использованы наиболее значительные произведения художника.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Pub-0095 · 1984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https://rudolfart.com/publications/Pub-0095?lang=ru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Pub-0095 · 1984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https://rudolfart.com/publications/Pub-0095?lang=ru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95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95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https://rudolfart.com/publications/Pub-0095?lang=ru</dc:subject>
  <dc:creator>python-docx</dc:creator>
  <cp:keywords>Rudolf Khachatryan; rudolfart.com</cp:keywords>
  <dc:description>Source: https://rudolfart.com/publications/Pub-0095?lang=ru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