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Указ о присвоении звания Народный художник Арм.ССР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1984, 21 июля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Указами Президиума Верховного Совета Армянской ССР за заслуги в развитии армянского советского изобразительного искусства присвоено Хачатряну Рудольфу Лорисовичу почетное звание народного художника Армянской ССР; Шарамбеяну Оганесу Миграновичу — почетное звание заслуженного деятеля искусств Армянской ССР; Арцруняну Эдуарду Симоновичу и Петросяну Мартыну Вирабовичу — почетное звание заслуженного художника Армянской ССР.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Pub-0100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Pub-0100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https://rudolfart.com/publications/Pub-0100?lang=ru</dc:subject>
  <dc:creator>python-docx</dc:creator>
  <cp:keywords>Rudolf Khachatryan; rudolfart.com</cp:keywords>
  <dc:description>Source: https://rudolfart.com/publications/Pub-0100?lang=ru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