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Галаева С. Рудольф Хачатрян: Свет - это сама жизнь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Московские новости · 1984, 22 июля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Хачатрян: Свет — это сама жизнь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Есть пловец, который хорошо плавает, но не может нырнуть в глубину, есть тот, кто осмелился нырнуть, но не вернулся оттуда. Есть и третий, кто, познав глубины, легко возвратился. Познавшими глубины и не утратившими лёгкости были Пушкин и Моцарт. Именно к такому мастерству мне бы хотелось приблизиться, — говорит художник Рудольф Хачатрян.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одном из последних автопортретов он стоит за мольбертом. В нём есть непреклонность и мудрая снисходительность, достоинство и сила, которые даёт творчество. Карандаш — как острие шпаги в его руках, мольберт подобен щиту.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Такая ассоциация возникает не случайно. Рудольф Хачатрян — рыцарь рисунка: на его выставках вы не увидите ни скульптуры, ни живописи, но его рисунок вобрал в себя объёмность скульптуры и цвет живописи.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1959 году, когда художнику было 22 года, за рисунок «Портрет студентки» его удостоили в Вене звания лауреата международного конкурса. Через год он стал членом Союза художников СССР. Его работы экспонировались в разных странах, большая же персональная выставка — в Москве, в новом здании Музея искусств народов Востока.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Рудольф никогда не учился рисованию. Однажды, лет тридцать назад, известный мастер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Ерванд Кочар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увидев его рисунки, воскликнул: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Смотри, возрождается дух Леонардо!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Их случайная встреча переросла в дружбу. Кочар открыл перед юношей гений Леонардо да Винчи, Рембрандта, Гойи.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Спросите его: «Чего бы вам хотелось достичь?» — и вы услышите неожиданное: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Мне хотелось бы ещё больше любить.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Именно этой любовью, желанием передать не себя и своё ощущение, а сам мир, который ты любишь, возможно, и объясняется его возвращение от всех «измов» живописи (а это «странствие» заняло около десяти лет) к реалистическому изображению.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Скудными оказались средства абстракционизма, когда художник захотел передать образ женщины, которая стала его женой. Позже, вернувшись к реализму, он сделает её портрет карандашом. Но цвет как бы присутствует в венке, украшающем голову, в цветах, которые держит женщина, прислушиваясь к новой жизни в себе.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У Рудольфа Хачатряна есть серия «Минутные портреты», которые он не показывает на выставках, но очень любит. Наверное, за то взрывоподобное состояние, когда в течение одной-полутора минут он достигает такой концентрации внимания и энергии, что в творчество включаются не только глаза, руки, но всё его существо, растворяя в модели его самого.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Возможно, в одну из подобных минут и родилось открытие, которое сегодня делает его не похожим ни на кого: Хачатрян нашёл свой материал, применив внезапно необычное сочетание — левкас и сепию. Белый левкас — загрунтованная, как на иконах, доска — вдруг дал рисунку долгожданную, небывалую прежде светоносность и объём, а графит сепии на левкасе раскрыл многоцветную палитру от светло-бежевого до красного и чёрного.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Это открытие, поднявшее рисунок на один уровень с живописью и скульптурой, обрело жизнь в целой галерее необычайных по силе и выразительности портретов современников.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Артистизмом и высокой духовностью наполнен портрет балетмейстера Максима Мартиросяна (1983). Высокий интеллект и глубокая, но скрытая эмоциональность привлекают его в модели, когда он создаёт портреты академика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Мигдала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(1983), художника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Дмитрия Бисти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(1983), искусствоведа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Савелия Ямщикова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(1982).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Характеристики Хачатряна всегда неординарны, но порой они настолько вырываются из границ наших обычных представлений, что обретают поистине гипнотическую власть над зрителем. Так, например, в портрете «Караван-баши» художник обнажил такие глубины психики человека, которые сам считает запретными.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Его нередко спрашивают: отчего люди на портретах — в старинной одежде?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Человек принадлежит не только сегодняшнему дню, он включает в себя все эпохи, вмещает память человечества, — говорит Р. Хачатрян.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портретах отсутствует фон, нет деталей, указывающих на место, время. Всё передаётся через сам образ.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Дар Хачатряна пристально вглядываться в окружающий его мир неизбежно передаётся зрителю, заставляя задумываться о малом и великом, об их единстве в жизни.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Белый фон «Натюрморта с раковиной» (1981) — будто сама вечность, застывшая среди банок с сухими цветами…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работах Хачатряна всё несёт свет — белый фон, предметы, а главное — сам человек.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Свет — основа всего, свет — это сама жизнь, — говорит художник.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Удивительное ощущение цвета, возникающее при взгляде на его рисунки, этим и объяснимо: ведь свет вмещает в себя все цвета…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Светлана ГАЛАЕВА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Pub-0101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https://rudolfart.com/publications/Pub-0101?lang=ru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Pub-0101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https://rudolfart.com/publications/Pub-0101?lang=ru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01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01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https://rudolfart.com/publications/Pub-0101?lang=ru</dc:subject>
  <dc:creator>python-docx</dc:creator>
  <cp:keywords>Rudolf Khachatryan; rudolfart.com</cp:keywords>
  <dc:description>Source: https://rudolfart.com/publications/Pub-0101?lang=ru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