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Корягин О.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Достоверность передачи внутреннего мира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Голос Родины (Айреники дзайн) · 1984, 12 сентября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Москве, на Суворовском бульваре, открыл свои двери для посетителей новый корпус Государственного музея искусства народов Востока. Бывший дом Луниных, построенный в начале прошлого века по проекту архитектора Доменико Жилярди, вскоре примет значительную часть музейного собрания. А пока здесь открылась персональная выставка заслуженного художника Армянской ССР Рудольфа Хачатряна. Ещё пять лет назад москвичи имели возможность познакомиться с его творчеством. Нынешняя выставка охватывает работы последних лет.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Художник не просто копирует действительность, — говорит Рудольф Хачатрян. — Освобождаясь от всего лишнего, он ищет главное. В произведениях искусства главное не внешнее сходство, а точно воспроизведённый внутренний мир.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Эта мысль художника полнее всего осуществлена в его портретах, которые заняли шесть залов на втором этаже музея. Посетители выставки — а их уже более 31 тысячи — смогли познакомиться с портретами людей известных и неизвестных.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 часто изображает человека словно бы вне времени и вне конкретного сюжета.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Сдержан и строг портрет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Эльдара Рязанова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Здесь тщательно прорисовано только лицо известного кинорежиссёра. Главное в портрете — чуть насмешливый взгляд из-под полуприкрытых век; остальное — складки одежды, очертания спинки кресла, руки — едва намечено карандашом. Атрибуты здесь излишни.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вот перед зрителем «Натюрморт с зеркалом». И ощущение немногословности не исчезает даже здесь, при обилии предметов. Р. Хачатрян мастерски передаёт упругую прочность металла, мягкую основу дерева и холодное безразличие зеркала, в котором всё отражается и живёт в иных измерениях. Тоньше работа «Цветы», где поэзия прозрачного стекла и воды создаёт резкий контраст с изображёнными на белом фоне [...] стеблями.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выставке много женских портретов. Жёсткий графический контур уступает здесь место мягким линиям с бесконечными оттенками светотени. И как символ вечной, непреходящей красоты в женских портретах повторяется тема яблока, которое, по древнегреческому мифу, из рук Париса взяла богиня любви и красоты Афродита.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Точно воспроизведённый внутренний мир нашего современника — главное достоинство портретов Рудольфа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О. КОРЯГИН, Москва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Pub-0105 · Корягин О.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https://rudolfart.com/publications/Pub-0105?lang=ru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Pub-0105 · Корягин О.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https://rudolfart.com/publications/Pub-0105?lang=ru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05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05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https://rudolfart.com/publications/Pub-0105?lang=ru</dc:subject>
  <dc:creator>python-docx</dc:creator>
  <cp:keywords>Rudolf Khachatryan; rudolfart.com</cp:keywords>
  <dc:description>Source: https://rudolfart.com/publications/Pub-0105?lang=ru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