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Цель искусства-укрепление мира и дружбы между народами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Вестник (Лрабер) · 16 ноября 1985, № 6, с. 1, 8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«ЛРАБЕР» — СУББОТА, 16 НОЯБРЯ 1985, ГОД 48-й, № 6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СЛУЧАЮ ОТКРЫТИЯ ХУДОЖЕСТВЕННОЙ ВЫСТАВКИ РУДОЛЬФА ХАЧАТРЯНА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ВКЛАД ИСКУССТВА В УКРЕПЛЕНИЕ ДРУЖБЫ И МИРА МЕЖДУ НАРОДАМИ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Галерея Heritage во вторник вечером, 12 ноября, оказалась тесна для любителей искусства. Открытие работ талантливого живописца Рудольфа Хачатряна, состоявшееся в упомянутой галерее, вызвало у присутствующих одно лишь восхищение.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этой области искусства Хачатрян достиг такого места, которое принадлежит только ему; он достиг вершины, которую сам, неустанно трудясь, открыл и покорил.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день открытия этой выставки одна из известных американских телевизионных компаний, INN, сняла и подготовила документальный фильм продолжительностью около полутора часов, часть которого была передана телевизионными станциями № 5 и 13.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Открытие выставки работ Рудольфа Хачатряна совпало с кануном предстоящей встречи руководителей США и Советского Союза в Женеве, и оно косвенным образом способствовало укреплению дружбы и мира между народами двух стран.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этому случаю мы выражаем наши глубокие поздравления издательству «Эребуни», выступившему инициатором выставки столь высокого художественного уровня.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[Подписи к фотографиям:]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Мгновения торжества открытия выставки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Интервью с телевидением; перевод на английский делает д-р Еник Кешишян.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Ричард Белл (ответственный за связи с американской прессой) и 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подписывает автопортрет.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Высокопреосвященный Тер Ваэ архиепископ Овсепян и директор издательского дома «Эребуни» В. Каракёзян.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Мгновение с открытия галереи.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Выставку открывает владелец галереи Heritage; в центре — художник.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Pub-0126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Pub-0126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https://rudolfart.com/publications/Pub-0126?lang=ru</dc:subject>
  <dc:creator>python-docx</dc:creator>
  <cp:keywords>Rudolf Khachatryan; rudolfart.com</cp:keywords>
  <dc:description>Source: https://rudolfart.com/publications/Pub-0126?lang=ru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