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А. Челепян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Хачатрян, один из лучших художников Советского Союза, в Детройте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Апага · 1985, 18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впервые художники и деятели культуры с родины отправляются в поездку по многолюдным армянским общинам зарубежья, привозя с собой — рядом с созданиями своего дарования — дыхание родины и привет наших восточноармянских братьев и сестёр, занятых созидательным трудом под животворной сенью Арарата.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«Женский портрет» (1981)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Выросший на земле Армении и происходящий от родителей-эрзерумцев, Рудольф Хачатрян предстал перед детройтскими армянами как один из лучших представителей армянского гения и, несомненно, как одна из самых ярких звёзд портретного искусства по международным меркам.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четверг вечером, 17 октября 1985 года, показ художественных работ Рудольфа в Молодёжном центре детройтской церкви Св. Иоанна Крестителя, устроенный Художественной комиссией этой церкви, стал свидетельством огромных заслуг большого мастера и собрал самых взыскательных людей искусства нашего города, критиков и почитателей изящного.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любящих искусство гостей выделялись титаны, ценящие армянскую культуру и покровительствующие ей, — г-н и г-жа Алек Манукян, которые очень часто, не считаясь с лютыми морозами мичиганской зимы, бывают на культурных начинаниях, чтобы поддержать деятелей армянской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приёма, данного в честь Рудольфа Хачатряна, слово взял член Художественной комиссии церкви Св. Иоанна Крестителя, известный интеллектуал г-н Ерванд Азатян: он произнёс тёплые слова приветствия, а затем представил деятельного председателя этой комиссии — д-ра Карапета Пеляна.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Знаток искусства, критик и владелец богатого собрания художественных произведений и реликвий, д-р Пелян с похвалой говорил о художественных заслугах и достоинствах Рудольфа Хачатряна, относя его к вершинам тонкого и трудного искусства портрета, — «одного из лучших во всём мире».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не пользуется в своих работах многоцветными красками, а довольствуется простым карандашом, чтобы создавать свои графические шедевры.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тех пор как Рудольф Хачатрян приехал в Детройт в сопровождении директора издательства «Эребуни», поэта Вартереса Каракёзяна, он взялся рисовать портреты некоторых наших соотечественников в этом городе.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дни пребывания в Детройте большой художник посетил городской музей (Детройтский институт искусств), который считается одним из пяти лучших во всей Америке, и был сильно впечатлён богатым собранием.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пятницу после полудня г-н Хачатрян посетил школу Алека Манукяна при АВБС и обратился с коротким словом к учащимся. По этому случаю он нарисовал портрет одной из учениц (Линда Котоян) и ответил на несколько вопросов. Затем он осмотрел златоглавый и прекрасно выстроенный комплекс церкви Св. Иоанна Крестителя.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Приезд Рудольфа Хачатряна в Детройт стал одной из самых светлых страниц культурной жизни этого города и оставит неизгладимый след в умах людей, интересующихся культурой и ценящих драгоценные произведения искусства. Поздравляем членов Художественной комиссии церкви Св. Иоанна Крестителя с этим начинанием.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А. ЧЕЛЕБЯН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Автопортрет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Pub-0128 · А. Челепян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Pub-0128 · А. Челепян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https://rudolfart.com/publications/Pub-0128?lang=ru</dc:subject>
  <dc:creator>python-docx</dc:creator>
  <cp:keywords>Rudolf Khachatryan; rudolfart.com</cp:keywords>
  <dc:description>Source: https://rudolfart.com/publications/Pub-0128?lang=ru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