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Новый музей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Армения сегодня · 1986, №1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ЛЮБИТЕЛЯМ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первых посетителей приняло новое здание Музея современного искусства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Ереванцы давно с интересом смотрели на строительную площадку на углу проспекта Ленина и улицы К. Маркса. Сквозь ограждения проглядывали необычные контуры строящегося здания, оценить которое представилось возможным, как только спала «шелуха» строительных лесов.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здание как бы составлено из нескольких вертикально стоящих цилиндров и интересно смотрится в среде традиционной компоновки, но всю глубину замысла авторов (главный архитектор Д. Торосян) начинаешь до конца осознавать лишь знакомясь с внутренним интерьером здания.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Двухэтажные круглые залы как нельзя лучше подходят для экспозиции картин. Округлая форма даёт интересное преимущество: на любую картину, выставленную в таком зале, можно взглянуть с диаметрально противоположной — то есть наиболее удалённой — точки, а значит, почти решена проблема «выигрышных» и «невыигрышных» мест.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в Музее современного искусства Армении хорошо знакомые картины смотрятся по-новому, в новых объёмах и выгнутых плоскостях, в естественном освещении. Для естественного освещения сделаны проёмы в потолках залов.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Один зал, второй, третий — и в каждом белые стены, на которых живопись сменяет графику, одна манера — другую, холст — бумагу, масло — акварель, темперу, кисть — перо…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одном из залов — клавесин, пюпитры. Вместе с картинами и скульптурой они тоже переехали сюда. В выходные дни в музее будет играть квартет старинной музыки.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[Подпись к фотографии:] В залах Музея современного искусства. </w:t>
      </w:r>
      <w:r>
        <w:rPr>
          <w:rFonts w:ascii="Times New Roman" w:hAnsi="Times New Roman" w:eastAsia="Times New Roman" w:cs="Times New Roman"/>
          <w:b/>
          <w:i w:val="0"/>
          <w:sz w:val="24"/>
        </w:rPr>
        <w:t>На втором плане графические работы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Pub-0132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Pub-0132 · 1986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https://rudolfart.com/publications/Pub-0132?lang=ru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3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https://rudolfart.com/publications/Pub-0132?lang=ru</dc:subject>
  <dc:creator>python-docx</dc:creator>
  <cp:keywords>Rudolf Khachatryan; rudolfart.com</cp:keywords>
  <dc:description>Source: https://rudolfart.com/publications/Pub-0132?lang=ru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