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Л. Лачикян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Персональным знаменем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Голос Армении (Айреники дзайн) · 1986, 12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Недавно московское издательство «Изобразительное искусство» выпустило тиражом 50 тысяч экземпляров альбом рисунков народного художника Армянской ССР Рудольфа Хачатряна. В предисловии народный художник СССР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Таир 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высоко оценивает творчество армянского художника, считая его одним из значительных явлений многонационального советского изобразительного искусства. Самобытное искусство Хачатряна знают сегодня в разных концах Советского Союза, а также за рубежом. Его персональные выставки в Москве и Ленинграде, Ереване и Одессе неизменно имели успех.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прошлом году в американских городах Детройте и Лос-Анджелесе художник показал более шести десятков своих рисунков, многие из которых были приобретены американскими музеями.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Составитель альбома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Михаил Лазарев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во вступительной статье кратко излагает жизненный и творческий путь Рудольфа Хачатряна, обращаясь и к характерным сторонам его искусства. Говоря об истоках искусства талантливого художника, он справедливо называет рядом с мастерами Возрождения и лучшие традиции наших средневековых миниатюристов, непревзойдённых мастеров книжной графики.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Искусство Хачатряна привлекает зрителя тонкостью линии и непосредственностью исполнения. Не случайно его называют «поэтом линии». С помощью простого карандаша он достигает удивительной выразительности. Его работы совершенством отделки напоминают армянские хачкары. Для художника нет неважных подробностей. Под его внимательным взглядом всё — будь то красивая причёска или складка старинной одежды — согревается, оживает.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Излюбленный жанр Рудольфа Хачатряна — портрет. В нём и через него он высказывает своё, славит человека, творческое начало в человеке.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альбоме представлен превосходный ряд созданных художником портретов. На них изображены мыслящие, творящие люди, видные деятели науки и культуры. Трудно выделить из представленных рисунков какой-либо один. Все они — самовыражение автора и несут печать индивидуальности одарённого мастера. Особенно в работах последних лет в наибольшей мере проявились дар и мастерство художника. Многие из этих рисунков сегодня уже стали классикой. «Женский портрет» (1973), например, стал современным символом материнства и женственности.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Каждый художник, особенно портретист, лучше всего выражает своё творческое кредо в автопортретах. Не исключение здесь и Рудольф Хачатрян. Альбом его рисунков открывается и закрывается автопортретами, с которых на нас смотрит сам мастер — со своими устойчивыми жизненными принципами и художественным мировоззрением.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менее известны и привлекательны и натюрморты Хачатряна. Они тоже отличаются достоверностью и нежным отношением художника к неодушевлённым вещам.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заключение следует сказать, что благодаря высокому качеству печати (альбом отпечатан в Финляндии) помещённые в нём около ста рисунков звучат почти с силой подлинников, даря тысячам почитателей истинного искусства множество минут неомрачённого восхищения.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ЛЕВОН ЛАЧИКЯН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снимках: «Натюрморт» и «Владимир Мсрян».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Pub-0136 · Л. Лачикян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Pub-0136 · Л. Лачикян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https://rudolfart.com/publications/Pub-0136?lang=ru</dc:subject>
  <dc:creator>python-docx</dc:creator>
  <cp:keywords>Rudolf Khachatryan; rudolfart.com</cp:keywords>
  <dc:description>Source: https://rudolfart.com/publications/Pub-0136?lang=ru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