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Альбом Рудольфа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Мир книг (Гркери ашхар) · 1986, 21 октября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Издательство «Изобразительное искусство» выпустило в свет альбом народного художника Армянской ССР Рудольфа Хачатряна. Составитель, автор вступительной статьи —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М. Лазарев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. Краткое предисловие народного художника СССР Т.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Салахова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Художник А. Быков. Фотограф В. Черток. Текст дан на русском и французском языках. Альбом отпечатан в Финляндии тиражом в 50 000 экземпляров.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Портреты и натюрморты Р. Хачатряна удивительно выразительны и лаконичны, с чётко выведенными деталями, типичными чертами характера и лица. В передаче богатства окружающего мира и тончайших нюансов человеческих чувств он пользуется самыми простыми классическими средствами — карандашами или сепией. Большой интерес вызывает и собственно открытая им новая графическая техника — рисунок по левкасу (загрунтованной староиконным способом доске).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Р. Хачатряну свойственно тяготение к изображению характеров цельных, мужественных и незаурядных, как правило, людей большой культуры и высокого интеллекта. Персональные выставки Р. Хачатряна с большим успехом проходили в Ленинграде (1979), Одессе (1979), Москве (1978, 1984), Ереване (1980, 1983).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«Рудольф Хачатрян, — пишет М. Лазарев, — ощущает себя прежде всего армянским художником. В его становлении как поэта линии, несомненно, большую роль сыграли не только высокие традиции искусства мастеров Возрождения, но и замечательные линеарные традиции армянского искусства, его великих миниатюристов, непревзойдённых художников книжной графики. Очевидно также, что на монументальные искания Хачатряна повлияли классицистические традиции армянского зодчества, фрески, декоративно-прикладного искусства».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Pub-0138 · 1986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https://rudolfart.com/publications/Pub-0138?lang=ru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Pub-0138 · 1986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https://rudolfart.com/publications/Pub-0138?lang=ru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38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38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https://rudolfart.com/publications/Pub-0138?lang=ru</dc:subject>
  <dc:creator>python-docx</dc:creator>
  <cp:keywords>Rudolf Khachatryan; rudolfart.com</cp:keywords>
  <dc:description>Source: https://rudolfart.com/publications/Pub-0138?lang=ru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