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6 июня- день рождения А.С.Пушкина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Литературная газета · 1987, 3 июня, № 23 (5141)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ЛИТЕРАТУРНАЯ ГАЗЕТА, 3 ИЮНЯ 1987 г., № 23 (5141), с. 3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6 июня — день рождения А. С. Пушкина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Автор портрета художник Р. ХАЧАТРЯН назвал эту свою работу «Вызов».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Pub-0145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https://rudolfart.com/publications/Pub-0145?lang=ru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Pub-0145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https://rudolfart.com/publications/Pub-0145?lang=ru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4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4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https://rudolfart.com/publications/Pub-0145?lang=ru</dc:subject>
  <dc:creator>python-docx</dc:creator>
  <cp:keywords>Rudolf Khachatryan; rudolfart.com</cp:keywords>
  <dc:description>Source: https://rudolfart.com/publications/Pub-0145?lang=ru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