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К истокам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Советское искусство (Советакан арвест) · 1988, №9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 ИСТОКАМ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новой выставке, открывшейся в Доме художника Армении, вновь была необычная гармония света и тени, объёма и пространства… Но на этот раз картины Рудольфа Хачатряна не имели блеска рисунков 1970-х годов, их «салонной красивости». Модель мало занимает его одной лишь позой и внешностью. Модель для него — особый мир, как и в юношеские годы. Новыми портретами он выразил переживания последних лет, свои тревоги, тоску по тем людям и по той стране, которые всегда были материалом его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 взглядом художника этот материал — не просто занятный предмет: это раздумье, тревога, истина.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«Портрет брата художника», «Джемма», «Грант Матевосян», «Сос Саркисян», «Эдвард Харазян», «Автопортрет» и другие работы привлекают наше внимание не только неповторимостью характеров и человеческих судеб, но и той согласованностью общих черт, которой Рудольф Хачатрян достиг без заранее придуманных приёмов, подойдя к явлению от самого сердца. А пейзажи, и особенно «Знойный день», говорят о том, что он наконец решительно отворил дверь тех великолепных врат, за которыми видны духовные пределы его древней и дивной страны.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[Подписи к репродукциям:] Р. Хачатрян. Портрет мальчика — Р. Хачатрян. Портрет Э. Харазяна — Р. Хачатрян. «Пушкин — диалог» — Р. Хачатрян. «Знойный день»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Pub-0151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Pub-0151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https://rudolfart.com/publications/Pub-0151?lang=ru</dc:subject>
  <dc:creator>python-docx</dc:creator>
  <cp:keywords>Rudolf Khachatryan; rudolfart.com</cp:keywords>
  <dc:description>Source: https://rudolfart.com/publications/Pub-0151?lang=ru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