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Николаева Л.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Традиции и современность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Книжное обозрение · 1988, 4 марта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Рудольфа Хачатряна — одно из заметных проявлений многонационального советского искусства. Традиции и современность сплавились в произведениях этого художника самым оригинальным и убедительным образом. Его любовь к рисунку эпохи Возрождения, армянской архитектуре и фреске совершенно естественно сочетается с интересом к современным принципам рисования.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Самыми простыми, классическими средствами он добивается в своих портретах удивительной остроты и выразительности. Большой интерес вызывает и собственно открытая им новая графическая техника — рисунок по левкасу (загрунтованной доске). Она как бы позволила Хачатряну соединить строгую выразительность и лаконизм классического рисунка с возможностями живописи.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создаёт образы наших современников, людей, как правило, высокого интеллекта и незаурядной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его творчестве рассказывает альбом «Рудольф Хачатрян. Рисунок», выпущенный издательством «Изобразительное искусство».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Л. НИКОЛАЕВА.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Р. Хачатрян, Мужской портрет. — Портрет кинорежиссёра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Э. А. Рязанова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Pub-0153 · Николаева Л.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Pub-0153 · Николаева Л.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https://rudolfart.com/publications/Pub-0153?lang=ru</dc:subject>
  <dc:creator>python-docx</dc:creator>
  <cp:keywords>Rudolf Khachatryan; rudolfart.com</cp:keywords>
  <dc:description>Source: https://rudolfart.com/publications/Pub-0153?lang=ru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