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М. Поздняев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Русские сезоны-новый цикл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Известия · 1989, 13 февраля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«РУССКИЕ СЕЗОНЫ» — НОВЫЙ ЦИКЛ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Большим вечером памяти Пушкина в Концертном зале имени П. И. Чайковского открылся новый цикл благотворительных вечеров Советского фонда культуры. Содействие в его организации оказал Советский фонд мира.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не концерт и не литературно-музыкальная композиция. Это произведение, сочетающее оперу и балет, симфоническую и камерную музыку, искусство эстрады и цирка, поэтическое слово, — говорит режиссёр Московского камерного музыкального театра Юрий Борисов, постановщик вечера «Пушкину…». — Сбор от представления мы передаём пострадавшим от землетрясений в Армении и Таджикистане.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Наш вечер — «премьера премьер». Впервые в Москве исполняется кантата ленинградского композитора Л. Десятникова на слова «Пинежского сказания о дуэли и смерти Пушкина», записанного Борисом Шергиным. Прозвучат две музыкальные страницы искусства русского авангарда XX века — «Мавра» Игоря Стравинского и «Сказка о попе и о работнике его Балде» Дмитрия Шостаковича. «Мавра» впервые представлена вместе с поэмой «Домик в Коломне» (её, как и вообще все пушкинские стихи в этот вечер, читает народный артист СССР Олег Борисов). Музыку Шостаковича к мультипликационному фильму, сгоревшему в блокадном Ленинграде, использовал для постановки балета по написанному мною либретто народный артист СССР Владимир Васильев. Он выступает и в главной партии. Особая моя признательность — Ульяновскому государственному симфоническому оркестру под управлением Н. Алексеева. И если уж говорить об организационных трудностях — общественному совету по благотворительной деятельности Фонда культуры, его председателю И. Вороновой.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Когда мы начинали — готовили ту первую нашу «премьеру премьер», благотворительный вечер в помощь будущему Пушкинскому концертному залу в стенах церкви Большого Вознесения, — вспоминает Иветта Воронова, — всё шло с таким трудом. Совсем мало времени прошло, и вот ещё один вечер. И совершенно иная картина! Все двери, как волшебным ключиком, открылись именем нашего фонда, именами инициаторов вечера. Именем Пушкина. Пушкинский вечер предполагается показать в ряде городов страны, а затем в столицах Европы и в городах США. Есть проект участия «Русских сезонов» в будущем году в программе ЮНЕСКО, посвящённой юбилею Б. Пастернака. И, наконец, заветная наша мечта — провести в 1991 году сезон в честь 100-летия С. Прокофьева.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Благотворительный вечер не ограничился музыкально-литературной программой. В фойе зала была развёрнута выставка из собраний членов Клуба коллекционеров при СФК: гравюры, старинная утварь, предметы одежды и прикладного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И особое волнение царило в зале, когда народный художник Армянской ССР Рудольф Хачатрян передал представителям Фонда культуры одну из лучших своих работ — «Вызов» (портрет А. С. Пушкина).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По желанию автора картина будет храниться в Детской школе искусств, построенной в одном из городов, пострадавших от землетрясения. Этот акт наглядно свидетельствовал: милосердие, благотворительность — явления того же порядка, что и искусство. И то, и это — талант.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М. ПОЗДНЯЕВ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Pub-0162 · М. Поздняев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Pub-0162 · М. Поздняев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https://rudolfart.com/publications/Pub-0162?lang=ru</dc:subject>
  <dc:creator>python-docx</dc:creator>
  <cp:keywords>Rudolf Khachatryan; rudolfart.com</cp:keywords>
  <dc:description>Source: https://rudolfart.com/publications/Pub-0162?lang=ru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