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Автопортрет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 эфире Ереван (Этерум э Ереван) · 1989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из нас воспринимает художника Рудольфа Хачатряна по-своему.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Кто был с ним близок, знает его безграничную человеческую доброту; кто с ним спорил — его непоколебимость. Трудно сказать, в какой миг рождается в художнике замысел будущей работы и каким он будет, но каждый предмет, изображённый Р. Хачатряном, одушевлён своеобразием.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фильме «Автопортрет» художник приобщит вас не только к художественной атмосфере своей мастерской, но и поделится с вами своими размышлениями о детстве, юности, об искусстве. Его высокохудожественные, совершенные автопортреты дадут возможность увидеть художника в разные времена.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Автор фильма, предлагаемого вашему вниманию, — Моника Тер-Погосян, режиссёр — Карен Месян, оператор — Вардан Матевосян.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Производство студии телевизионных фильмов «Ереван».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4-го, 20.30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Pub-0168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Pub-0168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https://rudolfart.com/publications/Pub-0168?lang=ru</dc:subject>
  <dc:creator>python-docx</dc:creator>
  <cp:keywords>Rudolf Khachatryan; rudolfart.com</cp:keywords>
  <dc:description>Source: https://rudolfart.com/publications/Pub-0168?lang=ru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