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Автопортрет.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 эфире Ереван (Этерум э Ереван) · 1989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Премьера документального телефильма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 сказать, в какой момент зарождается в художнике образ будущего рисунка и что станет его будущей моделью, но для Рудольфа Хачатряна любой предмет в его графических полотнах овеян личностным отношением. Выполненные в графике, в одной тональности, они кажутся многоцветными…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разве искусство Чаплина черно-бело, разве дождь Дебюсси не жемчужно-серебрист?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фильме «Автопортрет» Рудольф Хачатрян позволит нам ощутить не только художественную атмосферу своей мастерской, но и поделится с нами своими мыслями.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Серия блистательных автопортретов художника позволит увидеть его в разных временных пластах.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…Он сидит перед мольбертом, один в раздумье… Что видится ему? Что ожидает его? Гармоничность или потрясение?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Трудное детство, горячая юность, мудрая зрелость, — все это есть в его мастерской, где на каждой стене запечатлены ВСТРЕЧА, НАДЕЖДА, ЛЮБОВЬ…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финале фильма мы станем свидетелями рождения еще одного портрета. Он родился в процессе киносъемок. Дата рождения — 1988 г.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создал множество своих автопортретов, каждый из нас пусть выберет свой.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встречу с ним приглашает вас: автор сценария М. Тер-Погосян, режиссер К. Месян, оператор В. Матевосян.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Премьера фильма «Автопортрет» производства студии телефильмов «Ереван» состоится 4 марта, в 20.30.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Pub-0169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Pub-0169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https://rudolfart.com/publications/Pub-0169?lang=ru</dc:subject>
  <dc:creator>python-docx</dc:creator>
  <cp:keywords>Rudolf Khachatryan; rudolfart.com</cp:keywords>
  <dc:description>Source: https://rudolfart.com/publications/Pub-0169?lang=ru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