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"Anglo-Armenian Reception".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Hello! · 1990 24 February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АНГЛО-АРМЯНСКИЙ ПРИЁМ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Архиепископ Кентерберийский д-р Роберт Ранси и миссис Ранси принимали членов Англо-армянской ассоциации в Ламбетском дворце на приёме и выставке работ армянского художника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духе гласности ассоциация была основана в 1989 году для развития культурных связей между Арменией и Британией; её президент — миссис Ранси, заместитель — княгиня Елена Мутафян, а основатель-председатель — миссис Одетт Базил.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гостей в Ламбетском дворце были леди Комбермер, граф Шеннон, леди Элизабет Гранвилл оф Ай, епископ Гизирян, глава армянской общины в Лондоне, Жаклин, леди Килерн, и скульптор шейха Шенда Амери Хазал.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к снимкам: Жаклин, леди Килерн, и д-р Ранси (слева). Миссис Роберт Ранси и княгиня Елена Мутафян (внизу). Мистер и миссис Элсик Ахсана (вверху). Епископ Гизирян и миссис Анаис Абаджян (внизу).]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Pub-0171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Pub-0171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https://rudolfart.com/publications/Pub-0171?lang=ru</dc:subject>
  <dc:creator>python-docx</dc:creator>
  <cp:keywords>Rudolf Khachatryan; rudolfart.com</cp:keywords>
  <dc:description>Source: https://rudolfart.com/publications/Pub-0171?lang=ru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