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The Irish Times, 1990, 16 march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Irish Times · 1990, 16 march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ГОРОД В КРАСКАХ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Рудольф Хачатрян, русский художник (слева), со своим лондонским агентом г-жой Дафной Фишер вчера наблюдал за развеской своих работ перед открытием выставки советского и ирландского искусства в Мэншн-хаусе в Дублине.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Выставка продлится до 21 марта.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(Фотография: Пэт Ланган)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Pub-0174 · 1990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https://rudolfart.com/publications/Pub-0174?lang=ru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Pub-0174 · 1990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https://rudolfart.com/publications/Pub-0174?lang=ru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7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7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https://rudolfart.com/publications/Pub-0174?lang=ru</dc:subject>
  <dc:creator>python-docx</dc:creator>
  <cp:keywords>Rudolf Khachatryan; rudolfart.com</cp:keywords>
  <dc:description>Source: https://rudolfart.com/publications/Pub-0174?lang=ru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