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Aidan Dunne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Снова в открытую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The Sunday Tribune · 1990, 18 марта, с. B3 · Перевод с английского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СНОВА В ОТКРЫТУЮ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ИСКУССТВО. Эйдан Данн смотрит советское и ирландское искусство в Мэншн-хаусе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России сразу после Октябрьской революции казалось само собой разумеющимся, что великие политические события отразятся и в искусстве, и большевики деятельно поощряли стремление живописцев и скульпторов авангарда совершить революцию в искусстве своего времени. Следствием стал ослепительный расцвет художественной выдумки.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Расцвет, однако, был недолгим. Авангард быстро сделался жертвой внутренних споров, неодобрения художников менее радикального склада и перемены политической обстановки. В конце концов искусство было подчинено жёсткому государственному надзору.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Если зайти в замечательный русский раздел советско-ирландской выставки в Мэншн-хаусе, сразу видно, что русские художники никогда не теряли охоты к формальному опыту и свободному высказыванию. Правда, многое из показанного выглядит академизированной версией разных сторон западного искусства последнего полувека, чем-то вроде работ на летней выставке Королевской академии в Лондоне, но в большинстве картин и скульптур есть прямота и непринуждённость, которые обезоруживают критику и не оставляют места снисходительности.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Выступая в начале этого года перед польским сеймом и сенатом, президент Чехословакии Вацлав Гавел заметил, что государствам Центральной Европы следует идти к Западу не как жертвам, а как людям с подлинными «духовными и нравственными побуждениями» и «неисчерпанным творческим потенциалом». Возможно, политические потрясения, которые сейчас охватывают и сам Советский Союз, породят, как в 1917 году, такой же творческий, культурный порыв.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Ирландский раздел выставки — она устроена в поддержку Dublin City Ballet — представляет живое сечение сегодняшней и недавней работы. Художников здесь очень много, отчасти потому, что в показ вошла часть Carroll Contemporary Art Collection. Так что вы найдёте рядом Луи ле Броки, Роберта Баллаха, Патрика Грэма и множество других. Такая смесь делает выставку доступной решительно всем.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Pub-0175 · Aidan Dunne · 1990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https://rudolfart.com/publications/Pub-0175?lang=ru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Pub-0175 · Aidan Dunne · 1990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https://rudolfart.com/publications/Pub-0175?lang=ru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75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75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https://rudolfart.com/publications/Pub-0175?lang=ru</dc:subject>
  <dc:creator>python-docx</dc:creator>
  <cp:keywords>Rudolf Khachatryan; rudolfart.com</cp:keywords>
  <dc:description>Source: https://rudolfart.com/publications/Pub-0175?lang=ru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