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Э В гайфеджян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Армянская живопись нового и новейшего времени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Советакан грох · 1990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ХАЧАТРЯН Рудольф Лорисович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Р. 1937, Ереван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График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Заслуженный художник Армянской ССР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Учился в ЕРХУ (1951—1952), брал уроки у Е. С. 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Кочара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,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В. С. Хореняна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Награжден бронзовой медалью I Фестиваля молодежи Армении в Ереване (1957) за графическую серию «Мои современники», экспонированную на художественной выставке фестиваля, III премией и бронзовой медалью художественной выставки VII Всемирного фестиваля в Вене (1959) за «Портрет студентки», серебряной медалью Республиканской художественной выставки (1965) за живописные работы «Материнство» и «Влюбленные», бронзовой медалью II Фестиваля молодежи Армении в Ереване (1965) за картину «Молодость», экспонированную на художественной выставке фестиваля, I премией Министерства культуры Армянской ССР (1969) за «Портрет Комитаса», экспонированный на Республиканской юбилейной художественной выставке, посвященной 100-летию со дня рождения Комитаса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Жил в Ереване, с 1971 г. живет в Москве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Pub-0177-а · Э В гайфеджян · 1990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https://rudolfart.com/publications/Pub-0177-%D0%B0?lang=ru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Pub-0177-а · Э В гайфеджян · 1990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https://rudolfart.com/publications/Pub-0177-%D0%B0?lang=ru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77-%D0%B0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77-%D0%B0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https://rudolfart.com/publications/Pub-0177-%D0%B0?lang=ru</dc:subject>
  <dc:creator>python-docx</dc:creator>
  <cp:keywords>Rudolf Khachatryan; rudolfart.com</cp:keywords>
  <dc:description>Source: https://rudolfart.com/publications/Pub-0177-%D0%B0?lang=ru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