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Max Wykes-Joyce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"Contemporary art from Armenia"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Arts Review · 1991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СОВРЕМЕННОЕ ИСКУССТВО ИЗ АРМЕНИИ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New Academy Gallery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Никогда не бывав в Армении, я до сих пор близко знал только тех армян, кто жил и работал в изгнании, но у всех у них были общие черты: от истинного романиста двадцатых годов Майкла Арлена — первого, кто позировал поэту и портретисту Осберту Ситуэллу, описавшему «его тёмные глаза, самые зоркие и понимающие,/ лицо в строгой раме волнистых волос,/ изящные руки, пестующие изящную прозу…», — через парижского художника Кикора Бедикяна, чьей сильной стороной было изображение, честное и без сентиментальности, маленьких нищих мальчиков, каким он и сам когда-то был: родившийся в Армении в 1908 году, осиротевший в резне 1917-го и с тех пор бродяжничавший и просивший милостыню по Турции, Греции и Ливану; до кинематографиста Ричарда Серафьяна, поставившего этот шедевр среди фильмов-погонь «Исчезающую точку», — и до фотографа, чьё имя я забыл, но чья хэмпстедская студия, где он справлял день рождения вместе с одним из моих самых близких друзей, была уголком старой Армении, вплоть до отцовского военного мундира, висевшего на почётном месте, в котором фотограф романтически мечтал выступить в каком-нибудь будущем предприятии Свободной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Все они были и остаются талантливыми, чуткими и преданными родине, как бы долго ни были с нею разлучены. Поэтому меня не удивляет, что похожая общая нить проходит через образный строй всех одиннадцати участников этой выставки, — все они живут и работают в Армении, большинство в Ереване, месте рождения пятерых из одиннадцати. Фигуративно ли искусство, как в «Горе Арагац из села Майисян» Ашота Ованесяна (р. 1929), или абстрактно, как в «Хрониках прошлого» Артура Саркисяна (р. 1960), — общими остаются краски здешней земли, и прежде всего те, в какие выкрашены дома. Высокий драматизм и почти подавляющее чувство качества света в равной мере видны и в едва фигуративном, почти монохромном «Смятении II» Рудольфа Хачатряна (р. 1937), и в «Защите Анаит» Рубена Абовяна (р. 1948).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Историк, писавший о работе одного из зачинателей современного армянского искусства, слишком рано ушедшего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Минаса Аветисяна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(1928—1975), заметил: «почти всё сделанное художником можно собрать под заглавием „Мой мир“». Разумеется, это верно для любого настоящего художника; но особенно справедливо в отношении современных армян, которые, даже если учились — как Арцрунян в Ленинграде и Хачатрян в Москве, — неизменно сохраняли отчётливо армянский характер. (до 4 мая)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МАКС УАЙКС-ДЖОЙС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[Объявление: СОВРЕМЕННОЕ ИСКУССТВО ИЗ АРМЕНИИ. 11 апреля — 4 мая. Рудольф Хачатрян, «Лежащие фигуры», 1990. Карандаш конте по левкасу, 74 × 90 см. The New Academy Gallery and Business Art Galleries, 34 Windmill St (off Charlotte St) London WP 1HH. Тел.: 071-323 4700, факс: 071-436 3059. Открыто пн—пт 10—6, чт до 8, сб 11—5.]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Pub-0179 · Max Wykes-Joyce · 1991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https://rudolfart.com/publications/Pub-0179?lang=ru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Pub-0179 · Max Wykes-Joyce · 1991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https://rudolfart.com/publications/Pub-0179?lang=ru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79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79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https://rudolfart.com/publications/Pub-0179?lang=ru</dc:subject>
  <dc:creator>python-docx</dc:creator>
  <cp:keywords>Rudolf Khachatryan; rudolfart.com</cp:keywords>
  <dc:description>Source: https://rudolfart.com/publications/Pub-0179?lang=ru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